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49864" w14:textId="77777777" w:rsidR="00C77A86" w:rsidRPr="00063C00" w:rsidRDefault="009F5485">
      <w:pPr>
        <w:spacing w:before="80" w:after="40"/>
        <w:jc w:val="center"/>
        <w:rPr>
          <w:lang w:val="bg-BG"/>
        </w:rPr>
      </w:pPr>
      <w:r w:rsidRPr="00063C00">
        <w:rPr>
          <w:b/>
          <w:color w:val="17365D"/>
          <w:sz w:val="36"/>
          <w:lang w:val="bg-BG"/>
        </w:rPr>
        <w:t>ФИШ ЗА ПРЕДЛОЖЕНИЕ ЗА РЕФОРМА</w:t>
      </w:r>
    </w:p>
    <w:p w14:paraId="00871058" w14:textId="77777777" w:rsidR="00C77A86" w:rsidRPr="00063C00" w:rsidRDefault="009F5485">
      <w:pPr>
        <w:spacing w:after="120"/>
        <w:jc w:val="center"/>
        <w:rPr>
          <w:lang w:val="bg-BG"/>
        </w:rPr>
      </w:pPr>
      <w:r w:rsidRPr="00063C00">
        <w:rPr>
          <w:b/>
          <w:color w:val="17365D"/>
          <w:sz w:val="30"/>
          <w:lang w:val="bg-BG"/>
        </w:rPr>
        <w:t>в сектор „Туризъм“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5"/>
      </w:tblGrid>
      <w:tr w:rsidR="00C77A86" w:rsidRPr="00886190" w14:paraId="15838069" w14:textId="77777777" w:rsidTr="009236B9">
        <w:trPr>
          <w:jc w:val="center"/>
        </w:trPr>
        <w:tc>
          <w:tcPr>
            <w:tcW w:w="10065" w:type="dxa"/>
            <w:tcBorders>
              <w:top w:val="single" w:sz="8" w:space="0" w:color="D6B656"/>
              <w:left w:val="single" w:sz="8" w:space="0" w:color="D6B656"/>
              <w:bottom w:val="single" w:sz="8" w:space="0" w:color="D6B656"/>
              <w:right w:val="single" w:sz="8" w:space="0" w:color="D6B656"/>
            </w:tcBorders>
            <w:shd w:val="clear" w:color="auto" w:fill="FFF2C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88AB58B" w14:textId="77777777" w:rsidR="00C77A86" w:rsidRPr="00063C00" w:rsidRDefault="009F5485">
            <w:pPr>
              <w:spacing w:after="40"/>
              <w:rPr>
                <w:lang w:val="bg-BG"/>
              </w:rPr>
            </w:pPr>
            <w:r w:rsidRPr="00063C00">
              <w:rPr>
                <w:b/>
                <w:color w:val="17365D"/>
                <w:lang w:val="bg-BG"/>
              </w:rPr>
              <w:t>Кратки указания за попълване</w:t>
            </w:r>
          </w:p>
          <w:p w14:paraId="5C636A77" w14:textId="0AF39CE5" w:rsidR="006C2F18" w:rsidRPr="00886190" w:rsidRDefault="009F5485" w:rsidP="00886190">
            <w:pPr>
              <w:pStyle w:val="ListParagraph"/>
              <w:numPr>
                <w:ilvl w:val="0"/>
                <w:numId w:val="13"/>
              </w:numPr>
              <w:spacing w:after="20"/>
              <w:ind w:left="12" w:firstLine="0"/>
              <w:rPr>
                <w:color w:val="222222"/>
                <w:sz w:val="18"/>
                <w:lang w:val="bg-BG"/>
              </w:rPr>
            </w:pPr>
            <w:r w:rsidRPr="00886190">
              <w:rPr>
                <w:color w:val="222222"/>
                <w:sz w:val="18"/>
                <w:lang w:val="bg-BG"/>
              </w:rPr>
              <w:t xml:space="preserve">Попълва се по едно предложение във всеки фиш. </w:t>
            </w:r>
          </w:p>
          <w:p w14:paraId="6CF83BC8" w14:textId="46F69FEC" w:rsidR="00C77A86" w:rsidRPr="00886190" w:rsidRDefault="009F5485" w:rsidP="00886190">
            <w:pPr>
              <w:pStyle w:val="ListParagraph"/>
              <w:numPr>
                <w:ilvl w:val="0"/>
                <w:numId w:val="13"/>
              </w:numPr>
              <w:spacing w:after="20"/>
              <w:ind w:left="12" w:firstLine="0"/>
              <w:rPr>
                <w:lang w:val="bg-BG"/>
              </w:rPr>
            </w:pPr>
            <w:r w:rsidRPr="00886190">
              <w:rPr>
                <w:color w:val="222222"/>
                <w:sz w:val="18"/>
                <w:lang w:val="bg-BG"/>
              </w:rPr>
              <w:t xml:space="preserve">Когато има няколко различни </w:t>
            </w:r>
            <w:r w:rsidR="006C2F18" w:rsidRPr="00886190">
              <w:rPr>
                <w:color w:val="222222"/>
                <w:sz w:val="18"/>
                <w:lang w:val="bg-BG"/>
              </w:rPr>
              <w:t xml:space="preserve">предложения/ </w:t>
            </w:r>
            <w:r w:rsidRPr="00886190">
              <w:rPr>
                <w:color w:val="222222"/>
                <w:sz w:val="18"/>
                <w:lang w:val="bg-BG"/>
              </w:rPr>
              <w:t>мерки, подайте отделни фишове.</w:t>
            </w:r>
          </w:p>
          <w:p w14:paraId="0A1A5EB9" w14:textId="4A12F9F6" w:rsidR="00C77A86" w:rsidRPr="00886190" w:rsidRDefault="009F5485" w:rsidP="00886190">
            <w:pPr>
              <w:pStyle w:val="ListParagraph"/>
              <w:numPr>
                <w:ilvl w:val="0"/>
                <w:numId w:val="13"/>
              </w:numPr>
              <w:spacing w:after="20"/>
              <w:ind w:left="12" w:firstLine="0"/>
              <w:rPr>
                <w:color w:val="222222"/>
                <w:sz w:val="18"/>
                <w:lang w:val="bg-BG"/>
              </w:rPr>
            </w:pPr>
            <w:r w:rsidRPr="00B2465E">
              <w:rPr>
                <w:color w:val="FF0000"/>
                <w:sz w:val="18"/>
                <w:lang w:val="bg-BG"/>
              </w:rPr>
              <w:t>Полетата със знак * са основни</w:t>
            </w:r>
            <w:r w:rsidR="00B2465E" w:rsidRPr="00B2465E">
              <w:rPr>
                <w:color w:val="FF0000"/>
                <w:sz w:val="18"/>
                <w:lang w:val="bg-BG"/>
              </w:rPr>
              <w:t xml:space="preserve"> </w:t>
            </w:r>
            <w:r w:rsidR="00B2465E">
              <w:rPr>
                <w:color w:val="EE0000"/>
                <w:sz w:val="18"/>
                <w:lang w:val="bg-BG"/>
              </w:rPr>
              <w:t xml:space="preserve">и </w:t>
            </w:r>
            <w:r w:rsidR="00B2465E" w:rsidRPr="00886190">
              <w:rPr>
                <w:color w:val="EE0000"/>
                <w:sz w:val="18"/>
                <w:lang w:val="bg-BG"/>
              </w:rPr>
              <w:t>задължителни</w:t>
            </w:r>
            <w:r w:rsidRPr="00886190">
              <w:rPr>
                <w:color w:val="0070C0"/>
                <w:sz w:val="18"/>
                <w:lang w:val="bg-BG"/>
              </w:rPr>
              <w:t xml:space="preserve">. </w:t>
            </w:r>
            <w:r w:rsidRPr="00886190">
              <w:rPr>
                <w:color w:val="222222"/>
                <w:sz w:val="18"/>
                <w:lang w:val="bg-BG"/>
              </w:rPr>
              <w:t xml:space="preserve">Останалите се попълват, </w:t>
            </w:r>
            <w:r w:rsidRPr="00886190">
              <w:rPr>
                <w:i/>
                <w:color w:val="222222"/>
                <w:sz w:val="18"/>
                <w:lang w:val="bg-BG"/>
              </w:rPr>
              <w:t>когато има налична информация</w:t>
            </w:r>
            <w:r w:rsidRPr="00886190">
              <w:rPr>
                <w:color w:val="222222"/>
                <w:sz w:val="18"/>
                <w:lang w:val="bg-BG"/>
              </w:rPr>
              <w:t>.</w:t>
            </w:r>
          </w:p>
          <w:p w14:paraId="30B08473" w14:textId="596373CE" w:rsidR="00AC3210" w:rsidRPr="00886190" w:rsidRDefault="00F25680" w:rsidP="00886190">
            <w:pPr>
              <w:pStyle w:val="ListParagraph"/>
              <w:numPr>
                <w:ilvl w:val="0"/>
                <w:numId w:val="13"/>
              </w:numPr>
              <w:spacing w:after="20"/>
              <w:ind w:left="12" w:firstLine="0"/>
              <w:rPr>
                <w:lang w:val="bg-BG"/>
              </w:rPr>
            </w:pPr>
            <w:r w:rsidRPr="00886190">
              <w:rPr>
                <w:color w:val="222222"/>
                <w:sz w:val="18"/>
                <w:lang w:val="bg-BG"/>
              </w:rPr>
              <w:t>Допълнителни</w:t>
            </w:r>
            <w:r w:rsidR="00AC3210" w:rsidRPr="00886190">
              <w:rPr>
                <w:color w:val="222222"/>
                <w:sz w:val="18"/>
                <w:lang w:val="bg-BG"/>
              </w:rPr>
              <w:t xml:space="preserve"> данни, проекти на текстове, становища</w:t>
            </w:r>
            <w:r w:rsidRPr="00886190">
              <w:rPr>
                <w:color w:val="222222"/>
                <w:sz w:val="18"/>
                <w:lang w:val="bg-BG"/>
              </w:rPr>
              <w:t>,</w:t>
            </w:r>
            <w:r w:rsidR="00AC3210" w:rsidRPr="00886190">
              <w:rPr>
                <w:color w:val="222222"/>
                <w:sz w:val="18"/>
                <w:lang w:val="bg-BG"/>
              </w:rPr>
              <w:t xml:space="preserve"> анализи</w:t>
            </w:r>
            <w:r w:rsidRPr="00886190">
              <w:rPr>
                <w:color w:val="222222"/>
                <w:sz w:val="18"/>
                <w:lang w:val="bg-BG"/>
              </w:rPr>
              <w:t xml:space="preserve"> и др.</w:t>
            </w:r>
            <w:r w:rsidR="008330D7" w:rsidRPr="00886190">
              <w:rPr>
                <w:color w:val="222222"/>
                <w:sz w:val="18"/>
                <w:lang w:val="bg-BG"/>
              </w:rPr>
              <w:t>,</w:t>
            </w:r>
            <w:r w:rsidR="00AC3210" w:rsidRPr="00886190">
              <w:rPr>
                <w:color w:val="222222"/>
                <w:sz w:val="18"/>
                <w:lang w:val="bg-BG"/>
              </w:rPr>
              <w:t xml:space="preserve"> </w:t>
            </w:r>
            <w:r w:rsidRPr="00886190">
              <w:rPr>
                <w:color w:val="222222"/>
                <w:sz w:val="18"/>
                <w:lang w:val="bg-BG"/>
              </w:rPr>
              <w:t xml:space="preserve">се представят </w:t>
            </w:r>
            <w:r w:rsidR="008330D7" w:rsidRPr="00886190">
              <w:rPr>
                <w:color w:val="222222"/>
                <w:sz w:val="18"/>
                <w:lang w:val="bg-BG"/>
              </w:rPr>
              <w:t>като</w:t>
            </w:r>
            <w:r w:rsidR="00AC3210" w:rsidRPr="00886190">
              <w:rPr>
                <w:color w:val="222222"/>
                <w:sz w:val="18"/>
                <w:lang w:val="bg-BG"/>
              </w:rPr>
              <w:t xml:space="preserve"> приложения</w:t>
            </w:r>
            <w:r w:rsidR="008330D7" w:rsidRPr="00886190">
              <w:rPr>
                <w:color w:val="222222"/>
                <w:sz w:val="18"/>
                <w:lang w:val="bg-BG"/>
              </w:rPr>
              <w:t xml:space="preserve"> към фиша</w:t>
            </w:r>
            <w:r w:rsidR="00AC3210" w:rsidRPr="00886190">
              <w:rPr>
                <w:color w:val="222222"/>
                <w:sz w:val="18"/>
                <w:lang w:val="bg-BG"/>
              </w:rPr>
              <w:t>.</w:t>
            </w:r>
          </w:p>
          <w:p w14:paraId="7011540C" w14:textId="089538C3" w:rsidR="00AC3210" w:rsidRPr="00886190" w:rsidRDefault="00AC3210" w:rsidP="00886190">
            <w:pPr>
              <w:pStyle w:val="ListParagraph"/>
              <w:numPr>
                <w:ilvl w:val="0"/>
                <w:numId w:val="13"/>
              </w:numPr>
              <w:spacing w:after="20"/>
              <w:ind w:left="12" w:firstLine="0"/>
              <w:rPr>
                <w:color w:val="17365D"/>
                <w:sz w:val="18"/>
                <w:lang w:val="bg-BG"/>
              </w:rPr>
            </w:pPr>
            <w:r w:rsidRPr="00886190">
              <w:rPr>
                <w:color w:val="222222"/>
                <w:sz w:val="18"/>
                <w:lang w:val="bg-BG"/>
              </w:rPr>
              <w:t>Фишът събира предложения по еднаква логика: проблем – причина – решение – вид мярка – очакван ефект – институции – срок.</w:t>
            </w:r>
            <w:r w:rsidRPr="00886190">
              <w:rPr>
                <w:color w:val="17365D"/>
                <w:sz w:val="18"/>
                <w:lang w:val="bg-BG"/>
              </w:rPr>
              <w:t xml:space="preserve"> </w:t>
            </w:r>
          </w:p>
          <w:p w14:paraId="4FB9E544" w14:textId="3EA48CE9" w:rsidR="00886190" w:rsidRPr="00886190" w:rsidRDefault="00AC3210" w:rsidP="00886190">
            <w:pPr>
              <w:pStyle w:val="ListParagraph"/>
              <w:numPr>
                <w:ilvl w:val="0"/>
                <w:numId w:val="13"/>
              </w:numPr>
              <w:spacing w:after="20"/>
              <w:ind w:left="12" w:firstLine="0"/>
              <w:rPr>
                <w:color w:val="222222"/>
                <w:sz w:val="18"/>
                <w:lang w:val="bg-BG"/>
              </w:rPr>
            </w:pPr>
            <w:r w:rsidRPr="00886190">
              <w:rPr>
                <w:color w:val="222222"/>
                <w:sz w:val="18"/>
                <w:lang w:val="bg-BG"/>
              </w:rPr>
              <w:t xml:space="preserve">Пишете кратко и конкретно. </w:t>
            </w:r>
          </w:p>
          <w:p w14:paraId="63D24A91" w14:textId="550C2683" w:rsidR="00886190" w:rsidRPr="00B2465E" w:rsidRDefault="00886190" w:rsidP="00B2465E">
            <w:pPr>
              <w:spacing w:after="20"/>
              <w:ind w:left="12"/>
              <w:rPr>
                <w:color w:val="222222"/>
                <w:sz w:val="18"/>
                <w:lang w:val="bg-BG"/>
              </w:rPr>
            </w:pPr>
          </w:p>
        </w:tc>
      </w:tr>
    </w:tbl>
    <w:p w14:paraId="70E1E68D" w14:textId="77777777" w:rsidR="00C77A86" w:rsidRDefault="00C77A86">
      <w:pPr>
        <w:spacing w:after="60"/>
        <w:rPr>
          <w:lang w:val="bg-BG"/>
        </w:rPr>
      </w:pPr>
    </w:p>
    <w:p w14:paraId="2556A815" w14:textId="77777777" w:rsidR="001F6011" w:rsidRDefault="001F6011" w:rsidP="001F6011">
      <w:pPr>
        <w:keepNext/>
        <w:pBdr>
          <w:bottom w:val="single" w:sz="8" w:space="1" w:color="D9A441"/>
        </w:pBdr>
        <w:spacing w:before="140" w:after="60"/>
        <w:rPr>
          <w:lang w:val="bg-BG"/>
        </w:rPr>
      </w:pPr>
      <w:r>
        <w:rPr>
          <w:b/>
          <w:color w:val="17365D"/>
          <w:sz w:val="26"/>
          <w:lang w:val="bg-BG"/>
        </w:rPr>
        <w:t>Вносител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78"/>
        <w:gridCol w:w="7155"/>
      </w:tblGrid>
      <w:tr w:rsidR="001F6011" w14:paraId="27D286C0" w14:textId="77777777" w:rsidTr="00C77531">
        <w:trPr>
          <w:cantSplit/>
          <w:trHeight w:val="454"/>
          <w:jc w:val="center"/>
        </w:trPr>
        <w:tc>
          <w:tcPr>
            <w:tcW w:w="28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7B0706" w14:textId="13C2D69C" w:rsidR="001F6011" w:rsidRDefault="001F6011">
            <w:pPr>
              <w:spacing w:after="20"/>
              <w:rPr>
                <w:lang w:val="bg-BG"/>
              </w:rPr>
            </w:pPr>
            <w:r>
              <w:rPr>
                <w:b/>
                <w:color w:val="17365D"/>
                <w:sz w:val="19"/>
                <w:lang w:val="bg-BG"/>
              </w:rPr>
              <w:t>Име</w:t>
            </w:r>
            <w:r w:rsidR="008B72E0">
              <w:rPr>
                <w:b/>
                <w:color w:val="17365D"/>
                <w:sz w:val="19"/>
                <w:lang w:val="bg-BG"/>
              </w:rPr>
              <w:t xml:space="preserve"> /</w:t>
            </w:r>
            <w:r>
              <w:rPr>
                <w:b/>
                <w:color w:val="17365D"/>
                <w:sz w:val="19"/>
                <w:lang w:val="bg-BG"/>
              </w:rPr>
              <w:t xml:space="preserve"> </w:t>
            </w:r>
            <w:r w:rsidR="008B72E0">
              <w:rPr>
                <w:b/>
                <w:color w:val="17365D"/>
                <w:sz w:val="19"/>
                <w:lang w:val="bg-BG"/>
              </w:rPr>
              <w:t xml:space="preserve">Наименование </w:t>
            </w:r>
            <w:r>
              <w:rPr>
                <w:b/>
                <w:color w:val="17365D"/>
                <w:sz w:val="19"/>
                <w:lang w:val="bg-BG"/>
              </w:rPr>
              <w:t>*</w:t>
            </w:r>
          </w:p>
        </w:tc>
        <w:tc>
          <w:tcPr>
            <w:tcW w:w="71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C9190A" w14:textId="77777777" w:rsidR="001F6011" w:rsidRDefault="001F6011">
            <w:pPr>
              <w:spacing w:after="0"/>
              <w:rPr>
                <w:lang w:val="bg-BG"/>
              </w:rPr>
            </w:pPr>
            <w:r>
              <w:rPr>
                <w:color w:val="222222"/>
                <w:sz w:val="20"/>
                <w:lang w:val="bg-BG"/>
              </w:rPr>
              <w:t xml:space="preserve"> </w:t>
            </w:r>
          </w:p>
        </w:tc>
      </w:tr>
      <w:tr w:rsidR="001F6011" w14:paraId="582ED78D" w14:textId="77777777" w:rsidTr="00C77531">
        <w:trPr>
          <w:cantSplit/>
          <w:trHeight w:val="454"/>
          <w:jc w:val="center"/>
        </w:trPr>
        <w:tc>
          <w:tcPr>
            <w:tcW w:w="28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883FCD" w14:textId="234F1D05" w:rsidR="001F6011" w:rsidRDefault="008B72E0">
            <w:pPr>
              <w:spacing w:after="20"/>
              <w:rPr>
                <w:lang w:val="bg-BG"/>
              </w:rPr>
            </w:pPr>
            <w:r w:rsidRPr="008B72E0">
              <w:rPr>
                <w:b/>
                <w:color w:val="17365D"/>
                <w:sz w:val="19"/>
                <w:lang w:val="bg-BG"/>
              </w:rPr>
              <w:t>Вид на вносителя</w:t>
            </w:r>
          </w:p>
        </w:tc>
        <w:tc>
          <w:tcPr>
            <w:tcW w:w="71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048353" w14:textId="50B10CDE" w:rsidR="001F6011" w:rsidRDefault="001F6011">
            <w:pPr>
              <w:spacing w:after="0"/>
              <w:rPr>
                <w:lang w:val="bg-BG"/>
              </w:rPr>
            </w:pPr>
            <w:r>
              <w:rPr>
                <w:color w:val="222222"/>
                <w:sz w:val="20"/>
                <w:lang w:val="bg-BG"/>
              </w:rPr>
              <w:t xml:space="preserve"> </w:t>
            </w:r>
            <w:r w:rsidR="00ED3704" w:rsidRPr="0073583C">
              <w:rPr>
                <w:rFonts w:ascii="Segoe UI Symbol" w:hAnsi="Segoe UI Symbol" w:cs="Segoe UI Symbol"/>
                <w:color w:val="222222"/>
                <w:sz w:val="20"/>
                <w:lang w:val="bg-BG"/>
              </w:rPr>
              <w:t>☐</w:t>
            </w:r>
            <w:r w:rsidR="00ED3704" w:rsidRPr="0073583C">
              <w:rPr>
                <w:color w:val="222222"/>
                <w:sz w:val="20"/>
                <w:lang w:val="bg-BG"/>
              </w:rPr>
              <w:t xml:space="preserve"> </w:t>
            </w:r>
            <w:r w:rsidR="00ED3704">
              <w:rPr>
                <w:color w:val="222222"/>
                <w:sz w:val="20"/>
                <w:lang w:val="bg-BG"/>
              </w:rPr>
              <w:t>Търговец</w:t>
            </w:r>
            <w:r w:rsidR="00ED3704" w:rsidRPr="0073583C">
              <w:rPr>
                <w:color w:val="222222"/>
                <w:sz w:val="20"/>
                <w:lang w:val="bg-BG"/>
              </w:rPr>
              <w:t xml:space="preserve"> </w:t>
            </w:r>
            <w:r w:rsidR="00ED3704" w:rsidRPr="008B72E0">
              <w:rPr>
                <w:rFonts w:ascii="Segoe UI Symbol" w:hAnsi="Segoe UI Symbol" w:cs="Segoe UI Symbol"/>
                <w:color w:val="222222"/>
                <w:sz w:val="20"/>
                <w:lang w:val="bg-BG"/>
              </w:rPr>
              <w:t>☐</w:t>
            </w:r>
            <w:r w:rsidR="00ED3704" w:rsidRPr="008B72E0">
              <w:rPr>
                <w:color w:val="222222"/>
                <w:sz w:val="20"/>
                <w:lang w:val="bg-BG"/>
              </w:rPr>
              <w:t xml:space="preserve"> Организация </w:t>
            </w:r>
            <w:r w:rsidR="008B72E0" w:rsidRPr="008B72E0">
              <w:rPr>
                <w:rFonts w:ascii="Segoe UI Symbol" w:hAnsi="Segoe UI Symbol" w:cs="Segoe UI Symbol"/>
                <w:color w:val="222222"/>
                <w:sz w:val="20"/>
                <w:lang w:val="bg-BG"/>
              </w:rPr>
              <w:t>☐</w:t>
            </w:r>
            <w:r w:rsidR="008B72E0" w:rsidRPr="008B72E0">
              <w:rPr>
                <w:color w:val="222222"/>
                <w:sz w:val="20"/>
                <w:lang w:val="bg-BG"/>
              </w:rPr>
              <w:t xml:space="preserve"> Граждани</w:t>
            </w:r>
            <w:r w:rsidR="003B1C7B">
              <w:rPr>
                <w:color w:val="222222"/>
                <w:sz w:val="20"/>
                <w:lang w:val="bg-BG"/>
              </w:rPr>
              <w:t>н</w:t>
            </w:r>
            <w:r w:rsidR="008B72E0" w:rsidRPr="008B72E0">
              <w:rPr>
                <w:color w:val="222222"/>
                <w:sz w:val="20"/>
                <w:lang w:val="bg-BG"/>
              </w:rPr>
              <w:t xml:space="preserve"> </w:t>
            </w:r>
            <w:r w:rsidR="008B72E0" w:rsidRPr="008B72E0">
              <w:rPr>
                <w:rFonts w:ascii="Segoe UI Symbol" w:hAnsi="Segoe UI Symbol" w:cs="Segoe UI Symbol"/>
                <w:color w:val="222222"/>
                <w:sz w:val="20"/>
                <w:lang w:val="bg-BG"/>
              </w:rPr>
              <w:t>☐</w:t>
            </w:r>
            <w:r w:rsidR="008B72E0" w:rsidRPr="008B72E0">
              <w:rPr>
                <w:color w:val="222222"/>
                <w:sz w:val="20"/>
                <w:lang w:val="bg-BG"/>
              </w:rPr>
              <w:t xml:space="preserve"> Друго:</w:t>
            </w:r>
          </w:p>
        </w:tc>
      </w:tr>
      <w:tr w:rsidR="00C97094" w:rsidRPr="008B72E0" w14:paraId="26B62F93" w14:textId="77777777" w:rsidTr="00C77531">
        <w:trPr>
          <w:cantSplit/>
          <w:trHeight w:val="454"/>
          <w:jc w:val="center"/>
        </w:trPr>
        <w:tc>
          <w:tcPr>
            <w:tcW w:w="28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0123E" w14:textId="5A888CF3" w:rsidR="00C97094" w:rsidRDefault="008B72E0">
            <w:pPr>
              <w:spacing w:after="20"/>
              <w:rPr>
                <w:b/>
                <w:color w:val="17365D"/>
                <w:sz w:val="19"/>
                <w:lang w:val="bg-BG"/>
              </w:rPr>
            </w:pPr>
            <w:r>
              <w:rPr>
                <w:b/>
                <w:color w:val="17365D"/>
                <w:sz w:val="19"/>
                <w:lang w:val="bg-BG"/>
              </w:rPr>
              <w:t>Координати</w:t>
            </w:r>
            <w:r w:rsidR="00C97094">
              <w:rPr>
                <w:b/>
                <w:color w:val="17365D"/>
                <w:sz w:val="19"/>
                <w:lang w:val="bg-BG"/>
              </w:rPr>
              <w:t xml:space="preserve"> за контакт*</w:t>
            </w:r>
          </w:p>
          <w:p w14:paraId="3B989C15" w14:textId="3E9FD39B" w:rsidR="00C97094" w:rsidRPr="008B72E0" w:rsidRDefault="00C97094" w:rsidP="00C97094">
            <w:pPr>
              <w:spacing w:after="0"/>
              <w:rPr>
                <w:b/>
                <w:color w:val="17365D"/>
                <w:sz w:val="19"/>
                <w:lang w:val="ru-RU"/>
              </w:rPr>
            </w:pPr>
            <w:r w:rsidRPr="00C97094">
              <w:rPr>
                <w:i/>
                <w:color w:val="666666"/>
                <w:sz w:val="16"/>
                <w:lang w:val="bg-BG"/>
              </w:rPr>
              <w:t>Контактна информация (</w:t>
            </w:r>
            <w:r w:rsidR="008B72E0">
              <w:rPr>
                <w:i/>
                <w:color w:val="666666"/>
                <w:sz w:val="16"/>
                <w:lang w:val="bg-BG"/>
              </w:rPr>
              <w:t xml:space="preserve">адрес, </w:t>
            </w:r>
            <w:r w:rsidRPr="00C97094">
              <w:rPr>
                <w:i/>
                <w:color w:val="666666"/>
                <w:sz w:val="16"/>
                <w:lang w:val="bg-BG"/>
              </w:rPr>
              <w:t xml:space="preserve">телефон, </w:t>
            </w:r>
            <w:r w:rsidR="008B72E0">
              <w:rPr>
                <w:i/>
                <w:color w:val="666666"/>
                <w:sz w:val="16"/>
                <w:lang w:val="bg-BG"/>
              </w:rPr>
              <w:t>ел. поща</w:t>
            </w:r>
            <w:r w:rsidRPr="00C97094">
              <w:rPr>
                <w:i/>
                <w:color w:val="666666"/>
                <w:sz w:val="16"/>
                <w:lang w:val="bg-BG"/>
              </w:rPr>
              <w:t>l</w:t>
            </w:r>
            <w:r>
              <w:rPr>
                <w:i/>
                <w:color w:val="666666"/>
                <w:sz w:val="16"/>
                <w:lang w:val="bg-BG"/>
              </w:rPr>
              <w:t xml:space="preserve"> и др.)</w:t>
            </w:r>
          </w:p>
        </w:tc>
        <w:tc>
          <w:tcPr>
            <w:tcW w:w="71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89703" w14:textId="77777777" w:rsidR="00C97094" w:rsidRDefault="00C97094">
            <w:pPr>
              <w:spacing w:after="0"/>
              <w:rPr>
                <w:color w:val="222222"/>
                <w:sz w:val="20"/>
                <w:lang w:val="bg-BG"/>
              </w:rPr>
            </w:pPr>
          </w:p>
        </w:tc>
      </w:tr>
      <w:tr w:rsidR="001F6011" w14:paraId="487FE7EE" w14:textId="77777777" w:rsidTr="00C77531">
        <w:trPr>
          <w:cantSplit/>
          <w:trHeight w:val="397"/>
          <w:jc w:val="center"/>
        </w:trPr>
        <w:tc>
          <w:tcPr>
            <w:tcW w:w="28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4BD9F1" w14:textId="77777777" w:rsidR="001F6011" w:rsidRDefault="001F6011">
            <w:pPr>
              <w:spacing w:after="20"/>
              <w:rPr>
                <w:lang w:val="bg-BG"/>
              </w:rPr>
            </w:pPr>
            <w:r>
              <w:rPr>
                <w:b/>
                <w:color w:val="17365D"/>
                <w:sz w:val="19"/>
                <w:lang w:val="bg-BG"/>
              </w:rPr>
              <w:t>Дата*</w:t>
            </w:r>
          </w:p>
        </w:tc>
        <w:tc>
          <w:tcPr>
            <w:tcW w:w="715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F4CD97" w14:textId="77777777" w:rsidR="001F6011" w:rsidRDefault="001F6011">
            <w:pPr>
              <w:spacing w:after="0"/>
              <w:rPr>
                <w:lang w:val="bg-BG"/>
              </w:rPr>
            </w:pPr>
            <w:r>
              <w:rPr>
                <w:i/>
                <w:color w:val="666666"/>
                <w:sz w:val="19"/>
                <w:lang w:val="bg-BG"/>
              </w:rPr>
              <w:t>__.__.2026 г.</w:t>
            </w:r>
          </w:p>
        </w:tc>
      </w:tr>
    </w:tbl>
    <w:p w14:paraId="6DF179A3" w14:textId="77777777" w:rsidR="001F6011" w:rsidRPr="00063C00" w:rsidRDefault="001F6011">
      <w:pPr>
        <w:spacing w:after="60"/>
        <w:rPr>
          <w:lang w:val="bg-BG"/>
        </w:rPr>
      </w:pPr>
    </w:p>
    <w:p w14:paraId="63D45CCC" w14:textId="77777777" w:rsidR="00C77A86" w:rsidRPr="00063C00" w:rsidRDefault="009F5485">
      <w:pPr>
        <w:keepNext/>
        <w:pBdr>
          <w:bottom w:val="single" w:sz="8" w:space="1" w:color="D9A441"/>
        </w:pBdr>
        <w:spacing w:before="140" w:after="60"/>
        <w:rPr>
          <w:lang w:val="bg-BG"/>
        </w:rPr>
      </w:pPr>
      <w:r w:rsidRPr="00063C00">
        <w:rPr>
          <w:b/>
          <w:color w:val="17365D"/>
          <w:sz w:val="26"/>
          <w:lang w:val="bg-BG"/>
        </w:rPr>
        <w:t>1. Основна информация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78"/>
        <w:gridCol w:w="7123"/>
      </w:tblGrid>
      <w:tr w:rsidR="00C77A86" w:rsidRPr="008B72E0" w14:paraId="2E129C61" w14:textId="77777777" w:rsidTr="00C77531">
        <w:trPr>
          <w:cantSplit/>
          <w:trHeight w:val="567"/>
          <w:jc w:val="center"/>
        </w:trPr>
        <w:tc>
          <w:tcPr>
            <w:tcW w:w="28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8DE3E" w14:textId="77777777" w:rsidR="00C77A86" w:rsidRPr="00063C00" w:rsidRDefault="009F5485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Заглавие на предложението*</w:t>
            </w:r>
          </w:p>
          <w:p w14:paraId="3A72CC16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Кратко наименование на мярката.</w:t>
            </w:r>
          </w:p>
        </w:tc>
        <w:tc>
          <w:tcPr>
            <w:tcW w:w="712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C407B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9"/>
                <w:lang w:val="bg-BG"/>
              </w:rPr>
              <w:t>Напр.: „Облекчаване на процедурата за ...“</w:t>
            </w:r>
          </w:p>
        </w:tc>
      </w:tr>
      <w:tr w:rsidR="00C77A86" w:rsidRPr="00063C00" w14:paraId="3436A1BF" w14:textId="77777777" w:rsidTr="00C77531">
        <w:trPr>
          <w:cantSplit/>
          <w:trHeight w:val="1134"/>
          <w:jc w:val="center"/>
        </w:trPr>
        <w:tc>
          <w:tcPr>
            <w:tcW w:w="28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F884A" w14:textId="25FA6208" w:rsidR="00C77A86" w:rsidRPr="00063C00" w:rsidRDefault="009F5485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Тематика</w:t>
            </w:r>
          </w:p>
          <w:p w14:paraId="4E2C75CB" w14:textId="09DA2EF1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Може да се отбележи повече от едно.</w:t>
            </w:r>
            <w:r w:rsidR="008F159A" w:rsidRPr="008F159A">
              <w:rPr>
                <w:rFonts w:ascii="Segoe UI Symbol" w:hAnsi="Segoe UI Symbol" w:cs="Segoe UI Symbol"/>
                <w:i/>
                <w:color w:val="666666"/>
                <w:sz w:val="19"/>
                <w:lang w:val="bg-BG"/>
              </w:rPr>
              <w:t xml:space="preserve"> ☒</w:t>
            </w:r>
          </w:p>
        </w:tc>
        <w:tc>
          <w:tcPr>
            <w:tcW w:w="712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B421F" w14:textId="1A4053C4" w:rsidR="008F159A" w:rsidRPr="004B4D56" w:rsidRDefault="000F0D45" w:rsidP="008F159A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53624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EB2335" w:rsidRPr="00886190">
              <w:rPr>
                <w:iCs/>
                <w:color w:val="666666"/>
                <w:sz w:val="19"/>
                <w:lang w:val="bg-BG"/>
              </w:rPr>
              <w:t xml:space="preserve"> </w:t>
            </w:r>
            <w:r w:rsidR="008F159A" w:rsidRPr="004B4D56">
              <w:rPr>
                <w:iCs/>
                <w:color w:val="666666"/>
                <w:sz w:val="19"/>
                <w:lang w:val="bg-BG"/>
              </w:rPr>
              <w:t>Туристически продукт</w:t>
            </w:r>
          </w:p>
          <w:p w14:paraId="639AD15C" w14:textId="5C844431" w:rsidR="008F159A" w:rsidRPr="004B4D56" w:rsidRDefault="000F0D45" w:rsidP="008F159A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5705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 w:rsidRPr="004B4D56">
                  <w:rPr>
                    <w:rFonts w:ascii="Segoe UI Symbol" w:hAnsi="Segoe UI Symbol" w:cs="Segoe UI Symbol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8F159A" w:rsidRPr="004B4D56">
              <w:rPr>
                <w:iCs/>
                <w:color w:val="666666"/>
                <w:sz w:val="19"/>
                <w:lang w:val="bg-BG"/>
              </w:rPr>
              <w:t xml:space="preserve"> Туристически услуги</w:t>
            </w:r>
          </w:p>
          <w:p w14:paraId="455EB3C7" w14:textId="38E8CFB9" w:rsidR="008F159A" w:rsidRPr="004B4D56" w:rsidRDefault="000F0D45" w:rsidP="008F159A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7256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 w:rsidRPr="004B4D56">
                  <w:rPr>
                    <w:rFonts w:ascii="Segoe UI Symbol" w:hAnsi="Segoe UI Symbol" w:cs="Segoe UI Symbol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886190" w:rsidRPr="004B4D56">
              <w:rPr>
                <w:iCs/>
                <w:color w:val="666666"/>
                <w:sz w:val="19"/>
                <w:lang w:val="bg-BG"/>
              </w:rPr>
              <w:t xml:space="preserve"> </w:t>
            </w:r>
            <w:r w:rsidR="008F159A" w:rsidRPr="004B4D56">
              <w:rPr>
                <w:iCs/>
                <w:color w:val="666666"/>
                <w:sz w:val="19"/>
                <w:lang w:val="bg-BG"/>
              </w:rPr>
              <w:t>Законодателство</w:t>
            </w:r>
          </w:p>
          <w:p w14:paraId="1AAFD0B4" w14:textId="607C93C9" w:rsidR="00CB5228" w:rsidRPr="004B4D5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29981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 w:rsidRPr="004B4D56">
                  <w:rPr>
                    <w:rFonts w:ascii="Segoe UI Symbol" w:hAnsi="Segoe UI Symbol" w:cs="Segoe UI Symbol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8F159A" w:rsidRPr="004B4D56">
              <w:rPr>
                <w:iCs/>
                <w:color w:val="666666"/>
                <w:sz w:val="19"/>
                <w:lang w:val="bg-BG"/>
              </w:rPr>
              <w:t xml:space="preserve"> </w:t>
            </w:r>
            <w:r w:rsidR="009F5485" w:rsidRPr="004B4D56">
              <w:rPr>
                <w:iCs/>
                <w:color w:val="666666"/>
                <w:sz w:val="19"/>
                <w:lang w:val="bg-BG"/>
              </w:rPr>
              <w:t xml:space="preserve">Свързаност    </w:t>
            </w:r>
          </w:p>
          <w:p w14:paraId="65E648B4" w14:textId="79935AC2" w:rsidR="00AD25B2" w:rsidRPr="004B4D5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84678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 w:rsidRPr="004B4D56">
                  <w:rPr>
                    <w:rFonts w:ascii="Segoe UI Symbol" w:hAnsi="Segoe UI Symbol" w:cs="Segoe UI Symbol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4B4D56">
              <w:rPr>
                <w:iCs/>
                <w:color w:val="666666"/>
                <w:sz w:val="19"/>
                <w:lang w:val="bg-BG"/>
              </w:rPr>
              <w:t xml:space="preserve"> Достъпност    </w:t>
            </w:r>
          </w:p>
          <w:p w14:paraId="209826D2" w14:textId="7B5D3A51" w:rsidR="008B72E0" w:rsidRPr="004B4D5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150293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 w:rsidRPr="004B4D56">
                  <w:rPr>
                    <w:rFonts w:ascii="Segoe UI Symbol" w:hAnsi="Segoe UI Symbol" w:cs="Segoe UI Symbol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4B4D56">
              <w:rPr>
                <w:iCs/>
                <w:color w:val="666666"/>
                <w:sz w:val="19"/>
                <w:lang w:val="bg-BG"/>
              </w:rPr>
              <w:t xml:space="preserve"> Кадри </w:t>
            </w:r>
          </w:p>
          <w:p w14:paraId="4E800DE3" w14:textId="7DFA8B73" w:rsidR="00AD25B2" w:rsidRPr="00886190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49931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 w:rsidRPr="004B4D56">
                  <w:rPr>
                    <w:rFonts w:ascii="Segoe UI Symbol" w:hAnsi="Segoe UI Symbol" w:cs="Segoe UI Symbol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8F159A" w:rsidRPr="004B4D56">
              <w:rPr>
                <w:iCs/>
                <w:color w:val="666666"/>
                <w:sz w:val="19"/>
                <w:lang w:val="bg-BG"/>
              </w:rPr>
              <w:t xml:space="preserve">  </w:t>
            </w:r>
            <w:r w:rsidR="008B72E0" w:rsidRPr="004B4D56">
              <w:rPr>
                <w:iCs/>
                <w:color w:val="666666"/>
                <w:sz w:val="19"/>
                <w:lang w:val="bg-BG"/>
              </w:rPr>
              <w:t>К</w:t>
            </w:r>
            <w:r w:rsidR="009F5485" w:rsidRPr="004B4D56">
              <w:rPr>
                <w:iCs/>
                <w:color w:val="666666"/>
                <w:sz w:val="19"/>
                <w:lang w:val="bg-BG"/>
              </w:rPr>
              <w:t>ачество</w:t>
            </w:r>
            <w:r w:rsidR="009F5485" w:rsidRPr="004B4D56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-82983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Реклама и маркетинг    </w:t>
            </w:r>
          </w:p>
          <w:p w14:paraId="21A197E8" w14:textId="3FD5AE27" w:rsidR="00AD25B2" w:rsidRPr="00886190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4722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Инвестиции, база и среда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26296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Административна тежест/регулаторни режими    </w:t>
            </w:r>
          </w:p>
          <w:p w14:paraId="4F4D5BF9" w14:textId="06ED45E3" w:rsidR="00AD25B2" w:rsidRPr="00886190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360048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Контрол и изсветляване на сектора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-13758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Дигитализация/</w:t>
            </w:r>
            <w:r w:rsidR="00886190">
              <w:rPr>
                <w:iCs/>
                <w:color w:val="666666"/>
                <w:sz w:val="19"/>
                <w:lang w:val="bg-BG"/>
              </w:rPr>
              <w:t xml:space="preserve"> 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регистри    </w:t>
            </w:r>
          </w:p>
          <w:p w14:paraId="65CE3E3D" w14:textId="28B47561" w:rsidR="00C77A86" w:rsidRPr="00886190" w:rsidRDefault="000F0D45">
            <w:pPr>
              <w:spacing w:after="0"/>
              <w:rPr>
                <w:iCs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210583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Друго: ______________________________</w:t>
            </w:r>
          </w:p>
        </w:tc>
      </w:tr>
      <w:tr w:rsidR="00C77A86" w:rsidRPr="00063C00" w14:paraId="5C770BBF" w14:textId="77777777" w:rsidTr="00C77531">
        <w:trPr>
          <w:cantSplit/>
          <w:trHeight w:val="680"/>
          <w:jc w:val="center"/>
        </w:trPr>
        <w:tc>
          <w:tcPr>
            <w:tcW w:w="28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7F255" w14:textId="77777777" w:rsidR="00C77A86" w:rsidRPr="00063C00" w:rsidRDefault="009F5485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Степен на спешност*</w:t>
            </w:r>
          </w:p>
          <w:p w14:paraId="13486778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Ориентировъчен срок за действие.</w:t>
            </w:r>
          </w:p>
        </w:tc>
        <w:tc>
          <w:tcPr>
            <w:tcW w:w="712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63019" w14:textId="3B9471B9" w:rsidR="00CB5228" w:rsidRPr="00886190" w:rsidRDefault="000F0D45" w:rsidP="00AD25B2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68891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Незабавно – до 1 месец    </w:t>
            </w:r>
          </w:p>
          <w:p w14:paraId="77601030" w14:textId="77777777" w:rsidR="00CB5228" w:rsidRPr="00886190" w:rsidRDefault="000F0D45" w:rsidP="00AD25B2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185827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Краткосрочно – до 3 месеца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159659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До 6 месеца    </w:t>
            </w:r>
          </w:p>
          <w:p w14:paraId="3B59EADD" w14:textId="77777777" w:rsidR="00FE4553" w:rsidRPr="00886190" w:rsidRDefault="000F0D45" w:rsidP="00AD25B2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52159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До </w:t>
            </w:r>
            <w:r w:rsidR="00AD25B2" w:rsidRPr="00886190">
              <w:rPr>
                <w:iCs/>
                <w:color w:val="666666"/>
                <w:sz w:val="19"/>
                <w:lang w:val="bg-BG"/>
              </w:rPr>
              <w:t>12 месеца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   </w:t>
            </w:r>
          </w:p>
          <w:p w14:paraId="0393E9A5" w14:textId="77777777" w:rsidR="00C77A86" w:rsidRPr="00886190" w:rsidRDefault="000F0D45" w:rsidP="00AD25B2">
            <w:pPr>
              <w:spacing w:after="0"/>
              <w:rPr>
                <w:iCs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93332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По-дългосрочно</w:t>
            </w:r>
            <w:r w:rsidR="00FE4553" w:rsidRPr="00886190">
              <w:rPr>
                <w:iCs/>
                <w:color w:val="666666"/>
                <w:sz w:val="19"/>
                <w:lang w:val="bg-BG"/>
              </w:rPr>
              <w:t xml:space="preserve">: ______________________________ </w:t>
            </w:r>
          </w:p>
        </w:tc>
      </w:tr>
    </w:tbl>
    <w:p w14:paraId="5E0A900D" w14:textId="77777777" w:rsidR="00C77A86" w:rsidRPr="00063C00" w:rsidRDefault="00C77A86">
      <w:pPr>
        <w:spacing w:after="40"/>
        <w:rPr>
          <w:lang w:val="bg-BG"/>
        </w:rPr>
      </w:pPr>
    </w:p>
    <w:p w14:paraId="5645319E" w14:textId="77777777" w:rsidR="00C77A86" w:rsidRPr="00063C00" w:rsidRDefault="009F5485">
      <w:pPr>
        <w:keepNext/>
        <w:pBdr>
          <w:bottom w:val="single" w:sz="8" w:space="1" w:color="D9A441"/>
        </w:pBdr>
        <w:spacing w:before="140" w:after="60"/>
        <w:rPr>
          <w:lang w:val="bg-BG"/>
        </w:rPr>
      </w:pPr>
      <w:r w:rsidRPr="00063C00">
        <w:rPr>
          <w:b/>
          <w:color w:val="17365D"/>
          <w:sz w:val="26"/>
          <w:lang w:val="bg-BG"/>
        </w:rPr>
        <w:lastRenderedPageBreak/>
        <w:t>2. Проблем и причини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71"/>
        <w:gridCol w:w="7174"/>
      </w:tblGrid>
      <w:tr w:rsidR="00C77A86" w:rsidRPr="00063C00" w14:paraId="7DA3A48D" w14:textId="77777777" w:rsidTr="00C77531">
        <w:trPr>
          <w:cantSplit/>
          <w:trHeight w:val="1701"/>
          <w:jc w:val="center"/>
        </w:trPr>
        <w:tc>
          <w:tcPr>
            <w:tcW w:w="28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D4DA5" w14:textId="77777777" w:rsidR="00C77A86" w:rsidRPr="00063C00" w:rsidRDefault="009F5485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2.1. Кратко описание на проблема*</w:t>
            </w:r>
          </w:p>
          <w:p w14:paraId="42E88536" w14:textId="77777777" w:rsidR="00EF7680" w:rsidRPr="00063C00" w:rsidRDefault="009F5485">
            <w:pPr>
              <w:spacing w:after="0"/>
              <w:rPr>
                <w:i/>
                <w:color w:val="666666"/>
                <w:sz w:val="16"/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 xml:space="preserve">Какъв е проблемът? </w:t>
            </w:r>
          </w:p>
          <w:p w14:paraId="6D4B5363" w14:textId="77777777" w:rsidR="00EF7680" w:rsidRPr="00063C00" w:rsidRDefault="009F5485">
            <w:pPr>
              <w:spacing w:after="0"/>
              <w:rPr>
                <w:i/>
                <w:color w:val="666666"/>
                <w:sz w:val="16"/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 xml:space="preserve">Кого засяга? </w:t>
            </w:r>
          </w:p>
          <w:p w14:paraId="7DCAF6F2" w14:textId="77777777" w:rsidR="00EF7680" w:rsidRPr="00063C00" w:rsidRDefault="009F5485">
            <w:pPr>
              <w:spacing w:after="0"/>
              <w:rPr>
                <w:i/>
                <w:color w:val="666666"/>
                <w:sz w:val="16"/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 xml:space="preserve">Как се проявява? </w:t>
            </w:r>
          </w:p>
          <w:p w14:paraId="6E709706" w14:textId="77777777" w:rsidR="00C77A86" w:rsidRPr="00063C00" w:rsidRDefault="009F5485" w:rsidP="00DC49BD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По възможност посочете пример.</w:t>
            </w:r>
          </w:p>
        </w:tc>
        <w:tc>
          <w:tcPr>
            <w:tcW w:w="717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EBDC8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9"/>
                <w:lang w:val="bg-BG"/>
              </w:rPr>
              <w:t>Попълнете в 5–8 изречения.</w:t>
            </w:r>
            <w:r w:rsidRPr="00063C00">
              <w:rPr>
                <w:i/>
                <w:color w:val="666666"/>
                <w:sz w:val="19"/>
                <w:lang w:val="bg-BG"/>
              </w:rPr>
              <w:br/>
            </w:r>
            <w:r w:rsidRPr="00063C00">
              <w:rPr>
                <w:i/>
                <w:color w:val="666666"/>
                <w:sz w:val="19"/>
                <w:lang w:val="bg-BG"/>
              </w:rPr>
              <w:br/>
            </w:r>
            <w:r w:rsidRPr="00063C00">
              <w:rPr>
                <w:i/>
                <w:color w:val="666666"/>
                <w:sz w:val="19"/>
                <w:lang w:val="bg-BG"/>
              </w:rPr>
              <w:br/>
            </w:r>
          </w:p>
        </w:tc>
      </w:tr>
      <w:tr w:rsidR="00C77A86" w:rsidRPr="00063C00" w14:paraId="32BBFAB0" w14:textId="77777777" w:rsidTr="00C77531">
        <w:trPr>
          <w:cantSplit/>
          <w:trHeight w:val="1304"/>
          <w:jc w:val="center"/>
        </w:trPr>
        <w:tc>
          <w:tcPr>
            <w:tcW w:w="28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CC204" w14:textId="77777777" w:rsidR="00C77A86" w:rsidRPr="00063C00" w:rsidRDefault="009F5485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2.2. Причини/къде е спънката*</w:t>
            </w:r>
          </w:p>
          <w:p w14:paraId="5ADBD29E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Напр. нормативна празнота, тежък режим, срок, такса, липса на координация, технологична пречка</w:t>
            </w:r>
            <w:r w:rsidR="00EF7680" w:rsidRPr="00063C00">
              <w:rPr>
                <w:i/>
                <w:color w:val="666666"/>
                <w:sz w:val="16"/>
                <w:lang w:val="bg-BG"/>
              </w:rPr>
              <w:t>, неясна практика, слаб контрол или друго</w:t>
            </w:r>
          </w:p>
        </w:tc>
        <w:tc>
          <w:tcPr>
            <w:tcW w:w="717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BD5F5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9"/>
                <w:lang w:val="bg-BG"/>
              </w:rPr>
              <w:t>Опишете основните причини.</w:t>
            </w:r>
            <w:r w:rsidRPr="00063C00">
              <w:rPr>
                <w:i/>
                <w:color w:val="666666"/>
                <w:sz w:val="19"/>
                <w:lang w:val="bg-BG"/>
              </w:rPr>
              <w:br/>
            </w:r>
            <w:r w:rsidRPr="00063C00">
              <w:rPr>
                <w:i/>
                <w:color w:val="666666"/>
                <w:sz w:val="19"/>
                <w:lang w:val="bg-BG"/>
              </w:rPr>
              <w:br/>
            </w:r>
          </w:p>
        </w:tc>
      </w:tr>
      <w:tr w:rsidR="00C77A86" w:rsidRPr="00063C00" w14:paraId="612EBAD3" w14:textId="77777777" w:rsidTr="00C77531">
        <w:trPr>
          <w:cantSplit/>
          <w:trHeight w:val="1020"/>
          <w:jc w:val="center"/>
        </w:trPr>
        <w:tc>
          <w:tcPr>
            <w:tcW w:w="287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CEDE1" w14:textId="77777777" w:rsidR="00C77A86" w:rsidRPr="00063C00" w:rsidRDefault="00EF7680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2.3</w:t>
            </w:r>
            <w:r w:rsidR="009F5485" w:rsidRPr="00063C00">
              <w:rPr>
                <w:b/>
                <w:color w:val="17365D"/>
                <w:sz w:val="19"/>
                <w:lang w:val="bg-BG"/>
              </w:rPr>
              <w:t>. Може ли проблемът да се реши без нормативна промяна?</w:t>
            </w:r>
          </w:p>
          <w:p w14:paraId="698EB690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Първична преценка.</w:t>
            </w:r>
          </w:p>
        </w:tc>
        <w:tc>
          <w:tcPr>
            <w:tcW w:w="717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EACD3" w14:textId="77777777" w:rsidR="00EB2335" w:rsidRPr="00886190" w:rsidRDefault="000F0D45" w:rsidP="00EB233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206355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Да – чрез организация/указания/дигитализация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-205430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Частично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-112615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Не – необходима е нормативна промяна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65325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Няма достатъчно информация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br/>
            </w:r>
          </w:p>
          <w:p w14:paraId="1F38CD75" w14:textId="77777777" w:rsidR="00C77A86" w:rsidRPr="00886190" w:rsidRDefault="009F5485" w:rsidP="00EB2335">
            <w:pPr>
              <w:spacing w:after="0"/>
              <w:rPr>
                <w:iCs/>
                <w:lang w:val="bg-BG"/>
              </w:rPr>
            </w:pPr>
            <w:r w:rsidRPr="00886190">
              <w:rPr>
                <w:iCs/>
                <w:color w:val="666666"/>
                <w:sz w:val="19"/>
                <w:lang w:val="bg-BG"/>
              </w:rPr>
              <w:t>Кратко пояснение: ________________________________________________</w:t>
            </w:r>
          </w:p>
        </w:tc>
      </w:tr>
    </w:tbl>
    <w:p w14:paraId="58C208C4" w14:textId="77777777" w:rsidR="00C77A86" w:rsidRPr="00063C00" w:rsidRDefault="00C77A86">
      <w:pPr>
        <w:spacing w:after="40"/>
        <w:rPr>
          <w:lang w:val="bg-BG"/>
        </w:rPr>
      </w:pPr>
    </w:p>
    <w:p w14:paraId="26D7386C" w14:textId="77777777" w:rsidR="00C77A86" w:rsidRPr="00063C00" w:rsidRDefault="009F5485">
      <w:pPr>
        <w:keepNext/>
        <w:pBdr>
          <w:bottom w:val="single" w:sz="8" w:space="1" w:color="D9A441"/>
        </w:pBdr>
        <w:spacing w:before="140" w:after="60"/>
        <w:rPr>
          <w:lang w:val="bg-BG"/>
        </w:rPr>
      </w:pPr>
      <w:r w:rsidRPr="00063C00">
        <w:rPr>
          <w:b/>
          <w:color w:val="17365D"/>
          <w:sz w:val="26"/>
          <w:lang w:val="bg-BG"/>
        </w:rPr>
        <w:t>3. Предложено решение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92"/>
        <w:gridCol w:w="7217"/>
      </w:tblGrid>
      <w:tr w:rsidR="00C77A86" w:rsidRPr="008B72E0" w14:paraId="4BE52B12" w14:textId="77777777" w:rsidTr="00C77531">
        <w:trPr>
          <w:cantSplit/>
          <w:trHeight w:val="1701"/>
          <w:jc w:val="center"/>
        </w:trPr>
        <w:tc>
          <w:tcPr>
            <w:tcW w:w="28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C4C52" w14:textId="77777777" w:rsidR="00C77A86" w:rsidRPr="00063C00" w:rsidRDefault="009F5485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3.1. Какво точно се предлага?*</w:t>
            </w:r>
          </w:p>
          <w:p w14:paraId="6C28AB65" w14:textId="77777777" w:rsidR="00063C00" w:rsidRDefault="009F5485">
            <w:pPr>
              <w:spacing w:after="0"/>
              <w:rPr>
                <w:i/>
                <w:color w:val="666666"/>
                <w:sz w:val="16"/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 xml:space="preserve">Опишете конкретната промяна. </w:t>
            </w:r>
          </w:p>
          <w:p w14:paraId="6F443813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При нормативна промяна може да приложите примерен текст.</w:t>
            </w:r>
          </w:p>
        </w:tc>
        <w:tc>
          <w:tcPr>
            <w:tcW w:w="72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830CF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9"/>
                <w:lang w:val="bg-BG"/>
              </w:rPr>
              <w:t>Попълнете ясно: какво да се промени, в каква посока и какъв резултат се очаква.</w:t>
            </w:r>
            <w:r w:rsidRPr="00063C00">
              <w:rPr>
                <w:i/>
                <w:color w:val="666666"/>
                <w:sz w:val="19"/>
                <w:lang w:val="bg-BG"/>
              </w:rPr>
              <w:br/>
            </w:r>
            <w:r w:rsidRPr="00063C00">
              <w:rPr>
                <w:i/>
                <w:color w:val="666666"/>
                <w:sz w:val="19"/>
                <w:lang w:val="bg-BG"/>
              </w:rPr>
              <w:br/>
            </w:r>
            <w:r w:rsidRPr="00063C00">
              <w:rPr>
                <w:i/>
                <w:color w:val="666666"/>
                <w:sz w:val="19"/>
                <w:lang w:val="bg-BG"/>
              </w:rPr>
              <w:br/>
            </w:r>
          </w:p>
        </w:tc>
      </w:tr>
      <w:tr w:rsidR="00C77A86" w:rsidRPr="008B72E0" w14:paraId="42030ABF" w14:textId="77777777" w:rsidTr="00C77531">
        <w:trPr>
          <w:cantSplit/>
          <w:trHeight w:val="1417"/>
          <w:jc w:val="center"/>
        </w:trPr>
        <w:tc>
          <w:tcPr>
            <w:tcW w:w="28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24262" w14:textId="77777777" w:rsidR="00C77A86" w:rsidRPr="00063C00" w:rsidRDefault="009F5485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3.2. Вид на необходимата мярка*</w:t>
            </w:r>
          </w:p>
          <w:p w14:paraId="1EA97236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Отбележете всички приложими варианти.</w:t>
            </w:r>
          </w:p>
        </w:tc>
        <w:tc>
          <w:tcPr>
            <w:tcW w:w="72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F3577" w14:textId="3111771D" w:rsidR="00C77A86" w:rsidRPr="00886190" w:rsidRDefault="000F0D45" w:rsidP="00CC6E4D">
            <w:pPr>
              <w:spacing w:after="0"/>
              <w:rPr>
                <w:iCs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97822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F5B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Законодателна – промяна в закон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-81425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E4D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Подзаконова – наредба, правилник, методика, тарифа или друг подзаконов акт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52991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E4D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Административна – процедура, срок, указание, координация, контролна практика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28878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E4D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Организационна – работен процес, обмен на информация, планиране, отчетност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142754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E4D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Дигитална – електронна услуга, регистър, системна интеграция, автоматизиран обмен</w:t>
            </w:r>
            <w:r w:rsidR="009F5485" w:rsidRPr="00886190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-113780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E4D" w:rsidRPr="00886190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886190">
              <w:rPr>
                <w:iCs/>
                <w:color w:val="666666"/>
                <w:sz w:val="19"/>
                <w:lang w:val="bg-BG"/>
              </w:rPr>
              <w:t xml:space="preserve"> Друга: ________________________________________________</w:t>
            </w:r>
          </w:p>
        </w:tc>
      </w:tr>
      <w:tr w:rsidR="00C77A86" w:rsidRPr="00063C00" w14:paraId="3B6050FE" w14:textId="77777777" w:rsidTr="00C77531">
        <w:trPr>
          <w:cantSplit/>
          <w:trHeight w:val="1077"/>
          <w:jc w:val="center"/>
        </w:trPr>
        <w:tc>
          <w:tcPr>
            <w:tcW w:w="28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0062D" w14:textId="77777777" w:rsidR="00C77A86" w:rsidRPr="00063C00" w:rsidRDefault="009F5485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3.3. Засегнат нормативен акт, режим или процедура</w:t>
            </w:r>
          </w:p>
          <w:p w14:paraId="26B99616" w14:textId="77777777" w:rsidR="00C77A86" w:rsidRPr="00063C00" w:rsidRDefault="009F5485" w:rsidP="00D056CA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 xml:space="preserve">Ако е известно. </w:t>
            </w:r>
          </w:p>
        </w:tc>
        <w:tc>
          <w:tcPr>
            <w:tcW w:w="72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F8423" w14:textId="77777777" w:rsidR="00EB2335" w:rsidRDefault="009F5485">
            <w:pPr>
              <w:spacing w:after="0"/>
              <w:rPr>
                <w:i/>
                <w:color w:val="666666"/>
                <w:sz w:val="19"/>
                <w:lang w:val="bg-BG"/>
              </w:rPr>
            </w:pPr>
            <w:r w:rsidRPr="00063C00">
              <w:rPr>
                <w:i/>
                <w:color w:val="666666"/>
                <w:sz w:val="19"/>
                <w:lang w:val="bg-BG"/>
              </w:rPr>
              <w:t>Закон/наредба/процедура/регистър/услуга: __________________________________</w:t>
            </w:r>
            <w:r w:rsidRPr="00063C00">
              <w:rPr>
                <w:i/>
                <w:color w:val="666666"/>
                <w:sz w:val="19"/>
                <w:lang w:val="bg-BG"/>
              </w:rPr>
              <w:br/>
            </w:r>
          </w:p>
          <w:p w14:paraId="263D0AC2" w14:textId="77777777" w:rsidR="00EB2335" w:rsidRDefault="009F5485">
            <w:pPr>
              <w:spacing w:after="0"/>
              <w:rPr>
                <w:i/>
                <w:color w:val="666666"/>
                <w:sz w:val="19"/>
                <w:lang w:val="bg-BG"/>
              </w:rPr>
            </w:pPr>
            <w:r w:rsidRPr="00063C00">
              <w:rPr>
                <w:i/>
                <w:color w:val="666666"/>
                <w:sz w:val="19"/>
                <w:lang w:val="bg-BG"/>
              </w:rPr>
              <w:t>Съществуващ проблемен текст или практика: _________________________________</w:t>
            </w:r>
            <w:r w:rsidRPr="00063C00">
              <w:rPr>
                <w:i/>
                <w:color w:val="666666"/>
                <w:sz w:val="19"/>
                <w:lang w:val="bg-BG"/>
              </w:rPr>
              <w:br/>
            </w:r>
          </w:p>
          <w:p w14:paraId="0ED2785D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9"/>
                <w:lang w:val="bg-BG"/>
              </w:rPr>
              <w:t>Предложена посока на промяна: ___________________________________________</w:t>
            </w:r>
          </w:p>
        </w:tc>
      </w:tr>
      <w:tr w:rsidR="00C77A86" w:rsidRPr="00063C00" w14:paraId="3542A8AD" w14:textId="77777777" w:rsidTr="00C77531">
        <w:trPr>
          <w:cantSplit/>
          <w:trHeight w:val="907"/>
          <w:jc w:val="center"/>
        </w:trPr>
        <w:tc>
          <w:tcPr>
            <w:tcW w:w="28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FE581" w14:textId="77777777" w:rsidR="00C77A86" w:rsidRPr="00063C00" w:rsidRDefault="009F5485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3.4. Институции, които трябва да бъдат ангажирани*</w:t>
            </w:r>
          </w:p>
          <w:p w14:paraId="71E47FC5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Посочете водеща и съдействащи институции, ако са известни.</w:t>
            </w:r>
          </w:p>
        </w:tc>
        <w:tc>
          <w:tcPr>
            <w:tcW w:w="721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696C9" w14:textId="77777777" w:rsidR="00EB2335" w:rsidRDefault="009F5485">
            <w:pPr>
              <w:spacing w:after="0"/>
              <w:rPr>
                <w:i/>
                <w:color w:val="666666"/>
                <w:sz w:val="19"/>
                <w:lang w:val="bg-BG"/>
              </w:rPr>
            </w:pPr>
            <w:r w:rsidRPr="00063C00">
              <w:rPr>
                <w:i/>
                <w:color w:val="666666"/>
                <w:sz w:val="19"/>
                <w:lang w:val="bg-BG"/>
              </w:rPr>
              <w:t>Водеща институция: __________________________</w:t>
            </w:r>
            <w:r w:rsidRPr="00063C00">
              <w:rPr>
                <w:i/>
                <w:color w:val="666666"/>
                <w:sz w:val="19"/>
                <w:lang w:val="bg-BG"/>
              </w:rPr>
              <w:br/>
            </w:r>
          </w:p>
          <w:p w14:paraId="25D37E5A" w14:textId="77777777" w:rsidR="00EB2335" w:rsidRDefault="009F5485">
            <w:pPr>
              <w:spacing w:after="0"/>
              <w:rPr>
                <w:i/>
                <w:color w:val="666666"/>
                <w:sz w:val="19"/>
                <w:lang w:val="bg-BG"/>
              </w:rPr>
            </w:pPr>
            <w:r w:rsidRPr="00063C00">
              <w:rPr>
                <w:i/>
                <w:color w:val="666666"/>
                <w:sz w:val="19"/>
                <w:lang w:val="bg-BG"/>
              </w:rPr>
              <w:t>Други институции/органи: _____________________</w:t>
            </w:r>
            <w:r w:rsidRPr="00063C00">
              <w:rPr>
                <w:i/>
                <w:color w:val="666666"/>
                <w:sz w:val="19"/>
                <w:lang w:val="bg-BG"/>
              </w:rPr>
              <w:br/>
            </w:r>
          </w:p>
          <w:p w14:paraId="3DA31AA9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9"/>
                <w:lang w:val="bg-BG"/>
              </w:rPr>
              <w:t>Общини/контролни органи/други: _______________</w:t>
            </w:r>
          </w:p>
        </w:tc>
      </w:tr>
    </w:tbl>
    <w:p w14:paraId="594DC22C" w14:textId="77777777" w:rsidR="00C77A86" w:rsidRPr="00063C00" w:rsidRDefault="00C77A86">
      <w:pPr>
        <w:spacing w:after="40"/>
        <w:rPr>
          <w:lang w:val="bg-BG"/>
        </w:rPr>
      </w:pPr>
    </w:p>
    <w:p w14:paraId="1AE4B153" w14:textId="77777777" w:rsidR="00C77A86" w:rsidRPr="00063C00" w:rsidRDefault="009F5485">
      <w:pPr>
        <w:keepNext/>
        <w:pBdr>
          <w:bottom w:val="single" w:sz="8" w:space="1" w:color="D9A441"/>
        </w:pBdr>
        <w:spacing w:before="140" w:after="60"/>
        <w:rPr>
          <w:lang w:val="bg-BG"/>
        </w:rPr>
      </w:pPr>
      <w:r w:rsidRPr="00063C00">
        <w:rPr>
          <w:b/>
          <w:color w:val="17365D"/>
          <w:sz w:val="26"/>
          <w:lang w:val="bg-BG"/>
        </w:rPr>
        <w:lastRenderedPageBreak/>
        <w:t xml:space="preserve">4. Очакван ефект </w:t>
      </w:r>
    </w:p>
    <w:p w14:paraId="5273732D" w14:textId="77777777" w:rsidR="007F4C5E" w:rsidRDefault="009F5485">
      <w:pPr>
        <w:keepNext/>
        <w:spacing w:after="80"/>
        <w:rPr>
          <w:i/>
          <w:color w:val="666666"/>
          <w:sz w:val="17"/>
          <w:lang w:val="bg-BG"/>
        </w:rPr>
      </w:pPr>
      <w:r w:rsidRPr="00063C00">
        <w:rPr>
          <w:i/>
          <w:color w:val="666666"/>
          <w:sz w:val="17"/>
          <w:lang w:val="bg-BG"/>
        </w:rPr>
        <w:t xml:space="preserve">Този раздел е съкратен и е предназначен за първоначална преценка. Попълнете само наличната </w:t>
      </w:r>
      <w:r w:rsidR="007F4C5E">
        <w:rPr>
          <w:i/>
          <w:color w:val="666666"/>
          <w:sz w:val="17"/>
          <w:lang w:val="bg-BG"/>
        </w:rPr>
        <w:t>информация.</w:t>
      </w:r>
    </w:p>
    <w:p w14:paraId="32165DC4" w14:textId="77777777" w:rsidR="00C77A86" w:rsidRPr="00063C00" w:rsidRDefault="007F4C5E">
      <w:pPr>
        <w:keepNext/>
        <w:spacing w:after="80"/>
        <w:rPr>
          <w:lang w:val="bg-BG"/>
        </w:rPr>
      </w:pPr>
      <w:r>
        <w:rPr>
          <w:i/>
          <w:color w:val="666666"/>
          <w:sz w:val="17"/>
          <w:lang w:val="bg-BG"/>
        </w:rPr>
        <w:t>П</w:t>
      </w:r>
      <w:r w:rsidR="009F5485" w:rsidRPr="00063C00">
        <w:rPr>
          <w:i/>
          <w:color w:val="666666"/>
          <w:sz w:val="17"/>
          <w:lang w:val="bg-BG"/>
        </w:rPr>
        <w:t>ри липса на данни отбележете „не е известно“ или приложете допълнение.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22"/>
        <w:gridCol w:w="7202"/>
      </w:tblGrid>
      <w:tr w:rsidR="00C77A86" w:rsidRPr="00063C00" w14:paraId="2D053D18" w14:textId="77777777" w:rsidTr="00171F5B">
        <w:trPr>
          <w:cantSplit/>
          <w:trHeight w:val="1701"/>
          <w:jc w:val="center"/>
        </w:trPr>
        <w:tc>
          <w:tcPr>
            <w:tcW w:w="292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7E892" w14:textId="77777777" w:rsidR="00C77A86" w:rsidRPr="00063C00" w:rsidRDefault="009F5485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4.1. Очаквани ползи*</w:t>
            </w:r>
          </w:p>
          <w:p w14:paraId="7341DDA3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Отбележете и опишете най-важните.</w:t>
            </w:r>
          </w:p>
        </w:tc>
        <w:tc>
          <w:tcPr>
            <w:tcW w:w="72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0A3AF" w14:textId="419CBDC0" w:rsidR="00673F75" w:rsidRPr="00CB0A1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201852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Намаляване на административната тежест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168540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По-ясни правила и еднакво прилагане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-2006516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Подобряване на бизнес средата и конкурентоспособността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-178139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Изсветляване на сектора/защита на лоялните участници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-24003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По-ефективен контрол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26042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Повишаване на качеството и сигурността на туристическата услуга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18634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Повишаване на приходите/събираемостта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br/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-15538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Друго: ______________________________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br/>
            </w:r>
          </w:p>
          <w:p w14:paraId="04F458F4" w14:textId="77777777" w:rsidR="00C77A86" w:rsidRPr="00CB0A16" w:rsidRDefault="009F5485">
            <w:pPr>
              <w:spacing w:after="0"/>
              <w:rPr>
                <w:iCs/>
                <w:lang w:val="bg-BG"/>
              </w:rPr>
            </w:pPr>
            <w:r w:rsidRPr="00CB0A16">
              <w:rPr>
                <w:iCs/>
                <w:color w:val="666666"/>
                <w:sz w:val="19"/>
                <w:lang w:val="bg-BG"/>
              </w:rPr>
              <w:t>Кратко описание на ефекта: ________________________________________________</w:t>
            </w:r>
          </w:p>
        </w:tc>
      </w:tr>
      <w:tr w:rsidR="00C77A86" w:rsidRPr="00063C00" w14:paraId="09101EC3" w14:textId="77777777" w:rsidTr="00171F5B">
        <w:trPr>
          <w:cantSplit/>
          <w:trHeight w:val="907"/>
          <w:jc w:val="center"/>
        </w:trPr>
        <w:tc>
          <w:tcPr>
            <w:tcW w:w="292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57AE4" w14:textId="77777777" w:rsidR="00C77A86" w:rsidRPr="00063C00" w:rsidRDefault="009F5485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4.2. Разходи и необходими ресурси</w:t>
            </w:r>
          </w:p>
          <w:p w14:paraId="16484703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Ориентировъчно, ако е известно.</w:t>
            </w:r>
          </w:p>
        </w:tc>
        <w:tc>
          <w:tcPr>
            <w:tcW w:w="72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8EAD2" w14:textId="77777777" w:rsidR="00267D1C" w:rsidRPr="00CB0A1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159330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EB2335" w:rsidRPr="00CB0A16">
              <w:rPr>
                <w:iCs/>
                <w:color w:val="666666"/>
                <w:sz w:val="19"/>
                <w:lang w:val="bg-BG"/>
              </w:rPr>
              <w:t xml:space="preserve"> 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Ниски    </w:t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-80854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Средни    </w:t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71100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Високи    </w:t>
            </w:r>
            <w:sdt>
              <w:sdtPr>
                <w:rPr>
                  <w:iCs/>
                  <w:color w:val="666666"/>
                  <w:sz w:val="19"/>
                  <w:lang w:val="bg-BG"/>
                </w:rPr>
                <w:id w:val="188575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Не е известно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br/>
            </w:r>
          </w:p>
          <w:p w14:paraId="35B564FD" w14:textId="42124718" w:rsidR="00D056CA" w:rsidRPr="00CB0A16" w:rsidRDefault="00B2465E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r>
              <w:rPr>
                <w:iCs/>
                <w:color w:val="666666"/>
                <w:sz w:val="19"/>
                <w:lang w:val="bg-BG"/>
              </w:rPr>
              <w:t xml:space="preserve">Кой </w:t>
            </w:r>
            <w:r w:rsidR="00171F5B" w:rsidRPr="004B4D56">
              <w:rPr>
                <w:iCs/>
                <w:color w:val="666666"/>
                <w:sz w:val="19"/>
                <w:lang w:val="bg-BG"/>
              </w:rPr>
              <w:t>следва да</w:t>
            </w:r>
            <w:r w:rsidR="009F5485" w:rsidRPr="004B4D56">
              <w:rPr>
                <w:iCs/>
                <w:color w:val="666666"/>
                <w:sz w:val="19"/>
                <w:lang w:val="bg-BG"/>
              </w:rPr>
              <w:t xml:space="preserve"> 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поеме разходите: </w:t>
            </w:r>
          </w:p>
          <w:p w14:paraId="0AF00A91" w14:textId="77777777" w:rsidR="00D056CA" w:rsidRPr="00CB0A1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186281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бизнес </w:t>
            </w:r>
          </w:p>
          <w:p w14:paraId="35D2092F" w14:textId="77777777" w:rsidR="00D056CA" w:rsidRPr="00CB0A1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99487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администрация </w:t>
            </w:r>
          </w:p>
          <w:p w14:paraId="55B725DE" w14:textId="77777777" w:rsidR="00D056CA" w:rsidRPr="00CB0A1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73438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общини </w:t>
            </w:r>
          </w:p>
          <w:p w14:paraId="6E348EA9" w14:textId="77777777" w:rsidR="00D056CA" w:rsidRPr="00CB0A1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93613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потребители </w:t>
            </w:r>
          </w:p>
          <w:p w14:paraId="7151E180" w14:textId="327AC948" w:rsidR="00267D1C" w:rsidRPr="00CB0A1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127737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</w:t>
            </w:r>
            <w:r w:rsidR="00171F5B" w:rsidRPr="00CB0A16">
              <w:rPr>
                <w:iCs/>
                <w:color w:val="666666"/>
                <w:sz w:val="19"/>
                <w:lang w:val="bg-BG"/>
              </w:rPr>
              <w:t xml:space="preserve">Друго: </w:t>
            </w:r>
            <w:r w:rsidR="00171F5B" w:rsidRPr="004B4D56">
              <w:rPr>
                <w:iCs/>
                <w:color w:val="666666"/>
                <w:sz w:val="19"/>
                <w:lang w:val="bg-BG"/>
              </w:rPr>
              <w:t>______________________________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br/>
            </w:r>
          </w:p>
          <w:p w14:paraId="6D44F24B" w14:textId="77777777" w:rsidR="00C77A86" w:rsidRPr="00CB0A16" w:rsidRDefault="009F5485">
            <w:pPr>
              <w:spacing w:after="0"/>
              <w:rPr>
                <w:iCs/>
                <w:lang w:val="bg-BG"/>
              </w:rPr>
            </w:pPr>
            <w:r w:rsidRPr="00CB0A16">
              <w:rPr>
                <w:iCs/>
                <w:color w:val="666666"/>
                <w:sz w:val="19"/>
                <w:lang w:val="bg-BG"/>
              </w:rPr>
              <w:t>Пояснение: _______________________________________________________________</w:t>
            </w:r>
          </w:p>
        </w:tc>
      </w:tr>
      <w:tr w:rsidR="00C77A86" w:rsidRPr="00063C00" w14:paraId="71AF6EAE" w14:textId="77777777" w:rsidTr="00171F5B">
        <w:trPr>
          <w:cantSplit/>
          <w:trHeight w:val="737"/>
          <w:jc w:val="center"/>
        </w:trPr>
        <w:tc>
          <w:tcPr>
            <w:tcW w:w="292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8C787" w14:textId="77777777" w:rsidR="00C77A86" w:rsidRPr="00063C00" w:rsidRDefault="009F5485">
            <w:pPr>
              <w:spacing w:after="20"/>
              <w:rPr>
                <w:lang w:val="bg-BG"/>
              </w:rPr>
            </w:pPr>
            <w:r w:rsidRPr="00063C00">
              <w:rPr>
                <w:b/>
                <w:color w:val="17365D"/>
                <w:sz w:val="19"/>
                <w:lang w:val="bg-BG"/>
              </w:rPr>
              <w:t>4.3. Административна тежест</w:t>
            </w:r>
          </w:p>
          <w:p w14:paraId="168B51B9" w14:textId="77777777" w:rsidR="00C77A86" w:rsidRPr="00063C00" w:rsidRDefault="009F5485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Документи, срокове, такси, режими, проверки, отчетност, регистри.</w:t>
            </w:r>
          </w:p>
        </w:tc>
        <w:tc>
          <w:tcPr>
            <w:tcW w:w="72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AEB36" w14:textId="77777777" w:rsidR="00267D1C" w:rsidRPr="00CB0A16" w:rsidRDefault="009F548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r w:rsidRPr="00CB0A16">
              <w:rPr>
                <w:iCs/>
                <w:color w:val="666666"/>
                <w:sz w:val="19"/>
                <w:lang w:val="bg-BG"/>
              </w:rPr>
              <w:t xml:space="preserve">Очакван ефект: </w:t>
            </w:r>
          </w:p>
          <w:p w14:paraId="78AE81FB" w14:textId="77777777" w:rsidR="00D056CA" w:rsidRPr="00CB0A1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27214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ще се намали    </w:t>
            </w:r>
          </w:p>
          <w:p w14:paraId="59BD74B1" w14:textId="77777777" w:rsidR="00D056CA" w:rsidRPr="00CB0A1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179797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няма промяна   </w:t>
            </w:r>
          </w:p>
          <w:p w14:paraId="5432838A" w14:textId="77777777" w:rsidR="00D056CA" w:rsidRPr="00CB0A1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29436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ще се увеличи    </w:t>
            </w:r>
          </w:p>
          <w:p w14:paraId="30ED2BC9" w14:textId="77777777" w:rsidR="00D056CA" w:rsidRPr="00CB0A16" w:rsidRDefault="000F0D45">
            <w:pPr>
              <w:spacing w:after="0"/>
              <w:rPr>
                <w:iCs/>
                <w:color w:val="666666"/>
                <w:sz w:val="19"/>
                <w:lang w:val="bg-BG"/>
              </w:rPr>
            </w:pPr>
            <w:sdt>
              <w:sdtPr>
                <w:rPr>
                  <w:iCs/>
                  <w:color w:val="666666"/>
                  <w:sz w:val="19"/>
                  <w:lang w:val="bg-BG"/>
                </w:rPr>
                <w:id w:val="-33584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 w:rsidRPr="00CB0A16">
                  <w:rPr>
                    <w:rFonts w:ascii="MS Gothic" w:eastAsia="MS Gothic" w:hAnsi="MS Gothic" w:hint="eastAsia"/>
                    <w:iCs/>
                    <w:color w:val="666666"/>
                    <w:sz w:val="19"/>
                    <w:lang w:val="bg-BG"/>
                  </w:rPr>
                  <w:t>☐</w:t>
                </w:r>
              </w:sdtContent>
            </w:sdt>
            <w:r w:rsidR="009F5485" w:rsidRPr="00CB0A16">
              <w:rPr>
                <w:iCs/>
                <w:color w:val="666666"/>
                <w:sz w:val="19"/>
                <w:lang w:val="bg-BG"/>
              </w:rPr>
              <w:t xml:space="preserve"> не е ясно</w:t>
            </w:r>
            <w:r w:rsidR="009F5485" w:rsidRPr="00CB0A16">
              <w:rPr>
                <w:iCs/>
                <w:color w:val="666666"/>
                <w:sz w:val="19"/>
                <w:lang w:val="bg-BG"/>
              </w:rPr>
              <w:br/>
            </w:r>
          </w:p>
          <w:p w14:paraId="15B59204" w14:textId="77777777" w:rsidR="00C77A86" w:rsidRPr="00CB0A16" w:rsidRDefault="009F5485">
            <w:pPr>
              <w:spacing w:after="0"/>
              <w:rPr>
                <w:iCs/>
                <w:lang w:val="bg-BG"/>
              </w:rPr>
            </w:pPr>
            <w:r w:rsidRPr="00CB0A16">
              <w:rPr>
                <w:iCs/>
                <w:color w:val="666666"/>
                <w:sz w:val="19"/>
                <w:lang w:val="bg-BG"/>
              </w:rPr>
              <w:t>Какво се променя: ________________________________________________________</w:t>
            </w:r>
          </w:p>
        </w:tc>
      </w:tr>
      <w:tr w:rsidR="00C77A86" w:rsidRPr="008B72E0" w14:paraId="7C7DCAEC" w14:textId="77777777" w:rsidTr="00171F5B">
        <w:trPr>
          <w:cantSplit/>
          <w:trHeight w:val="850"/>
          <w:jc w:val="center"/>
        </w:trPr>
        <w:tc>
          <w:tcPr>
            <w:tcW w:w="292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5F122" w14:textId="77777777" w:rsidR="00C77A86" w:rsidRPr="00063C00" w:rsidRDefault="00267D1C">
            <w:pPr>
              <w:spacing w:after="20"/>
              <w:rPr>
                <w:lang w:val="bg-BG"/>
              </w:rPr>
            </w:pPr>
            <w:r>
              <w:rPr>
                <w:b/>
                <w:color w:val="17365D"/>
                <w:sz w:val="19"/>
                <w:lang w:val="bg-BG"/>
              </w:rPr>
              <w:t>4.4</w:t>
            </w:r>
            <w:r w:rsidR="009F5485" w:rsidRPr="00063C00">
              <w:rPr>
                <w:b/>
                <w:color w:val="17365D"/>
                <w:sz w:val="19"/>
                <w:lang w:val="bg-BG"/>
              </w:rPr>
              <w:t>. Рискове и предпазни мерки</w:t>
            </w:r>
          </w:p>
          <w:p w14:paraId="1A70A329" w14:textId="77777777" w:rsidR="00C77A86" w:rsidRPr="00063C00" w:rsidRDefault="009F5485" w:rsidP="009B51D2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6"/>
                <w:lang w:val="bg-BG"/>
              </w:rPr>
              <w:t>Рискове при приемане на мярката.</w:t>
            </w:r>
          </w:p>
        </w:tc>
        <w:tc>
          <w:tcPr>
            <w:tcW w:w="720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00E78" w14:textId="77777777" w:rsidR="00CB5228" w:rsidRDefault="009F5485" w:rsidP="00CB5228">
            <w:pPr>
              <w:spacing w:after="0"/>
              <w:rPr>
                <w:i/>
                <w:color w:val="666666"/>
                <w:sz w:val="19"/>
                <w:lang w:val="bg-BG"/>
              </w:rPr>
            </w:pPr>
            <w:r w:rsidRPr="00063C00">
              <w:rPr>
                <w:i/>
                <w:color w:val="666666"/>
                <w:sz w:val="19"/>
                <w:lang w:val="bg-BG"/>
              </w:rPr>
              <w:t>Рискове: _______________________________________________________________</w:t>
            </w:r>
          </w:p>
          <w:p w14:paraId="44A802BC" w14:textId="77777777" w:rsidR="00C77A86" w:rsidRPr="00063C00" w:rsidRDefault="009F5485" w:rsidP="00CB5228">
            <w:pPr>
              <w:spacing w:after="0"/>
              <w:rPr>
                <w:lang w:val="bg-BG"/>
              </w:rPr>
            </w:pPr>
            <w:r w:rsidRPr="00063C00">
              <w:rPr>
                <w:i/>
                <w:color w:val="666666"/>
                <w:sz w:val="19"/>
                <w:lang w:val="bg-BG"/>
              </w:rPr>
              <w:br/>
              <w:t>Как могат да се ограничат: ________________________________________________</w:t>
            </w:r>
          </w:p>
        </w:tc>
      </w:tr>
    </w:tbl>
    <w:p w14:paraId="00DEBDC5" w14:textId="77777777" w:rsidR="00D104AB" w:rsidRDefault="00D104AB">
      <w:pPr>
        <w:rPr>
          <w:b/>
          <w:color w:val="17365D"/>
          <w:sz w:val="26"/>
          <w:lang w:val="bg-BG"/>
        </w:rPr>
      </w:pPr>
    </w:p>
    <w:p w14:paraId="7C22CFC2" w14:textId="77777777" w:rsidR="00397F36" w:rsidRDefault="00397F36">
      <w:pPr>
        <w:rPr>
          <w:b/>
          <w:color w:val="17365D"/>
          <w:sz w:val="26"/>
          <w:lang w:val="bg-BG"/>
        </w:rPr>
      </w:pPr>
      <w:r>
        <w:rPr>
          <w:b/>
          <w:color w:val="17365D"/>
          <w:sz w:val="26"/>
          <w:lang w:val="bg-BG"/>
        </w:rPr>
        <w:br w:type="page"/>
      </w:r>
    </w:p>
    <w:p w14:paraId="5E893139" w14:textId="77777777" w:rsidR="00C77A86" w:rsidRPr="006E4911" w:rsidRDefault="00D056CA">
      <w:pPr>
        <w:keepNext/>
        <w:pBdr>
          <w:bottom w:val="single" w:sz="8" w:space="1" w:color="D9A441"/>
        </w:pBdr>
        <w:spacing w:before="140" w:after="60"/>
        <w:rPr>
          <w:lang w:val="bg-BG"/>
        </w:rPr>
      </w:pPr>
      <w:r w:rsidRPr="006E4911">
        <w:rPr>
          <w:b/>
          <w:sz w:val="26"/>
          <w:lang w:val="bg-BG"/>
        </w:rPr>
        <w:lastRenderedPageBreak/>
        <w:t>5</w:t>
      </w:r>
      <w:r w:rsidR="009F5485" w:rsidRPr="006E4911">
        <w:rPr>
          <w:b/>
          <w:sz w:val="26"/>
          <w:lang w:val="bg-BG"/>
        </w:rPr>
        <w:t>. Бърза проверка по критерии за оценка на въздействието</w:t>
      </w:r>
    </w:p>
    <w:p w14:paraId="503244BA" w14:textId="77777777" w:rsidR="00CB5228" w:rsidRPr="006E4911" w:rsidRDefault="009F5485">
      <w:pPr>
        <w:keepNext/>
        <w:spacing w:after="80"/>
        <w:rPr>
          <w:i/>
          <w:sz w:val="17"/>
          <w:lang w:val="bg-BG"/>
        </w:rPr>
      </w:pPr>
      <w:r w:rsidRPr="006E4911">
        <w:rPr>
          <w:i/>
          <w:sz w:val="17"/>
          <w:lang w:val="bg-BG"/>
        </w:rPr>
        <w:t xml:space="preserve">Попълва се от вносителя, </w:t>
      </w:r>
      <w:r w:rsidRPr="006E4911">
        <w:rPr>
          <w:b/>
          <w:i/>
          <w:sz w:val="17"/>
          <w:lang w:val="bg-BG"/>
        </w:rPr>
        <w:t>доколкото има информация</w:t>
      </w:r>
      <w:r w:rsidRPr="006E4911">
        <w:rPr>
          <w:i/>
          <w:sz w:val="17"/>
          <w:lang w:val="bg-BG"/>
        </w:rPr>
        <w:t xml:space="preserve">. </w:t>
      </w:r>
    </w:p>
    <w:p w14:paraId="3383786D" w14:textId="77777777" w:rsidR="00C77A86" w:rsidRPr="006E4911" w:rsidRDefault="009F5485">
      <w:pPr>
        <w:keepNext/>
        <w:spacing w:after="80"/>
        <w:rPr>
          <w:lang w:val="bg-BG"/>
        </w:rPr>
      </w:pPr>
      <w:r w:rsidRPr="006E4911">
        <w:rPr>
          <w:i/>
          <w:sz w:val="17"/>
          <w:lang w:val="bg-BG"/>
        </w:rPr>
        <w:t>Може да се допълни служебно при правния и административния анализ.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C77A86" w:rsidRPr="00063C00" w14:paraId="03957476" w14:textId="77777777" w:rsidTr="00CB0A16">
        <w:trPr>
          <w:jc w:val="center"/>
        </w:trPr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FB3CE" w14:textId="77777777" w:rsidR="00C77A86" w:rsidRPr="00063C00" w:rsidRDefault="009F5485">
            <w:pPr>
              <w:rPr>
                <w:lang w:val="bg-BG"/>
              </w:rPr>
            </w:pPr>
            <w:r w:rsidRPr="00063C00">
              <w:rPr>
                <w:b/>
                <w:color w:val="FFFFFF"/>
                <w:sz w:val="19"/>
                <w:lang w:val="bg-BG"/>
              </w:rPr>
              <w:t>Въпрос</w:t>
            </w:r>
          </w:p>
        </w:tc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1C73E" w14:textId="77777777" w:rsidR="00C77A86" w:rsidRPr="00063C00" w:rsidRDefault="009F5485">
            <w:pPr>
              <w:rPr>
                <w:lang w:val="bg-BG"/>
              </w:rPr>
            </w:pPr>
            <w:r w:rsidRPr="00063C00">
              <w:rPr>
                <w:b/>
                <w:color w:val="FFFFFF"/>
                <w:sz w:val="19"/>
                <w:lang w:val="bg-BG"/>
              </w:rPr>
              <w:t>Отговор/коментар</w:t>
            </w:r>
          </w:p>
        </w:tc>
      </w:tr>
      <w:tr w:rsidR="00C77A86" w:rsidRPr="00063C00" w14:paraId="41FBD9B7" w14:textId="77777777" w:rsidTr="00CB0A16">
        <w:trPr>
          <w:cantSplit/>
          <w:trHeight w:val="595"/>
          <w:jc w:val="center"/>
        </w:trPr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18BAA" w14:textId="77777777" w:rsidR="00C77A86" w:rsidRPr="00063C00" w:rsidRDefault="009F5485">
            <w:pPr>
              <w:rPr>
                <w:lang w:val="bg-BG"/>
              </w:rPr>
            </w:pPr>
            <w:r w:rsidRPr="00063C00">
              <w:rPr>
                <w:b/>
                <w:color w:val="17365D"/>
                <w:sz w:val="18"/>
                <w:lang w:val="bg-BG"/>
              </w:rPr>
              <w:t>Има ли вероятност за значителни икономически въздействия?</w:t>
            </w:r>
          </w:p>
        </w:tc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7C676" w14:textId="57CAB034" w:rsidR="007C4619" w:rsidRDefault="000F0D45" w:rsidP="007C4619">
            <w:pPr>
              <w:rPr>
                <w:color w:val="222222"/>
                <w:sz w:val="17"/>
                <w:lang w:val="bg-BG"/>
              </w:rPr>
            </w:pPr>
            <w:sdt>
              <w:sdtPr>
                <w:rPr>
                  <w:color w:val="222222"/>
                  <w:sz w:val="17"/>
                  <w:lang w:val="bg-BG"/>
                </w:rPr>
                <w:id w:val="-181063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Да    </w:t>
            </w:r>
            <w:sdt>
              <w:sdtPr>
                <w:rPr>
                  <w:color w:val="222222"/>
                  <w:sz w:val="17"/>
                  <w:lang w:val="bg-BG"/>
                </w:rPr>
                <w:id w:val="62482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Не    </w:t>
            </w:r>
            <w:sdt>
              <w:sdtPr>
                <w:rPr>
                  <w:color w:val="222222"/>
                  <w:sz w:val="17"/>
                  <w:lang w:val="bg-BG"/>
                </w:rPr>
                <w:id w:val="131915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A16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Не е ясно</w:t>
            </w:r>
            <w:r w:rsidR="00CB0A16" w:rsidRPr="00CB0A16">
              <w:rPr>
                <w:lang w:val="ru-RU"/>
              </w:rPr>
              <w:t xml:space="preserve"> </w:t>
            </w:r>
            <w:r w:rsidR="009F5485" w:rsidRPr="00CB0A16">
              <w:rPr>
                <w:color w:val="EE0000"/>
                <w:sz w:val="17"/>
                <w:lang w:val="bg-BG"/>
              </w:rPr>
              <w:br/>
            </w:r>
          </w:p>
          <w:p w14:paraId="2D055E35" w14:textId="77777777" w:rsidR="00C77A86" w:rsidRPr="00063C00" w:rsidRDefault="009F5485" w:rsidP="007C4619">
            <w:pPr>
              <w:rPr>
                <w:lang w:val="bg-BG"/>
              </w:rPr>
            </w:pPr>
            <w:r w:rsidRPr="00063C00">
              <w:rPr>
                <w:color w:val="222222"/>
                <w:sz w:val="17"/>
                <w:lang w:val="bg-BG"/>
              </w:rPr>
              <w:t>Коментар:</w:t>
            </w:r>
          </w:p>
        </w:tc>
      </w:tr>
      <w:tr w:rsidR="00C77A86" w:rsidRPr="00063C00" w14:paraId="38013009" w14:textId="77777777" w:rsidTr="00CB0A16">
        <w:trPr>
          <w:cantSplit/>
          <w:trHeight w:val="595"/>
          <w:jc w:val="center"/>
        </w:trPr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C1FBD" w14:textId="77777777" w:rsidR="00C77A86" w:rsidRPr="00063C00" w:rsidRDefault="009F5485">
            <w:pPr>
              <w:rPr>
                <w:lang w:val="bg-BG"/>
              </w:rPr>
            </w:pPr>
            <w:r w:rsidRPr="00063C00">
              <w:rPr>
                <w:b/>
                <w:color w:val="17365D"/>
                <w:sz w:val="18"/>
                <w:lang w:val="bg-BG"/>
              </w:rPr>
              <w:t>Има ли социални, регионални или екологични въздействия?</w:t>
            </w:r>
          </w:p>
        </w:tc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A82D5" w14:textId="15D6A00C" w:rsidR="007C4619" w:rsidRDefault="000F0D45" w:rsidP="007C4619">
            <w:pPr>
              <w:rPr>
                <w:color w:val="222222"/>
                <w:sz w:val="17"/>
                <w:lang w:val="bg-BG"/>
              </w:rPr>
            </w:pPr>
            <w:sdt>
              <w:sdtPr>
                <w:rPr>
                  <w:color w:val="222222"/>
                  <w:sz w:val="17"/>
                  <w:lang w:val="bg-BG"/>
                </w:rPr>
                <w:id w:val="-31858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Да    </w:t>
            </w:r>
            <w:sdt>
              <w:sdtPr>
                <w:rPr>
                  <w:color w:val="222222"/>
                  <w:sz w:val="17"/>
                  <w:lang w:val="bg-BG"/>
                </w:rPr>
                <w:id w:val="-21543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Не    </w:t>
            </w:r>
            <w:sdt>
              <w:sdtPr>
                <w:rPr>
                  <w:color w:val="222222"/>
                  <w:sz w:val="17"/>
                  <w:lang w:val="bg-BG"/>
                </w:rPr>
                <w:id w:val="183595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Не е ясно</w:t>
            </w:r>
            <w:r w:rsidR="00CB0A16" w:rsidRPr="00CB0A16">
              <w:rPr>
                <w:lang w:val="ru-RU"/>
              </w:rPr>
              <w:t xml:space="preserve"> </w:t>
            </w:r>
            <w:r w:rsidR="009F5485" w:rsidRPr="00063C00">
              <w:rPr>
                <w:color w:val="222222"/>
                <w:sz w:val="17"/>
                <w:lang w:val="bg-BG"/>
              </w:rPr>
              <w:br/>
            </w:r>
          </w:p>
          <w:p w14:paraId="4639F1E1" w14:textId="77777777" w:rsidR="00C77A86" w:rsidRPr="00063C00" w:rsidRDefault="009F5485" w:rsidP="007C4619">
            <w:pPr>
              <w:rPr>
                <w:lang w:val="bg-BG"/>
              </w:rPr>
            </w:pPr>
            <w:r w:rsidRPr="00063C00">
              <w:rPr>
                <w:color w:val="222222"/>
                <w:sz w:val="17"/>
                <w:lang w:val="bg-BG"/>
              </w:rPr>
              <w:t>Коментар:</w:t>
            </w:r>
          </w:p>
        </w:tc>
      </w:tr>
      <w:tr w:rsidR="00C77A86" w:rsidRPr="00063C00" w14:paraId="516FD680" w14:textId="77777777" w:rsidTr="00CB0A16">
        <w:trPr>
          <w:cantSplit/>
          <w:trHeight w:val="595"/>
          <w:jc w:val="center"/>
        </w:trPr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CA74F" w14:textId="77777777" w:rsidR="00C77A86" w:rsidRPr="00063C00" w:rsidRDefault="009F5485">
            <w:pPr>
              <w:rPr>
                <w:lang w:val="bg-BG"/>
              </w:rPr>
            </w:pPr>
            <w:r w:rsidRPr="00063C00">
              <w:rPr>
                <w:b/>
                <w:color w:val="17365D"/>
                <w:sz w:val="18"/>
                <w:lang w:val="bg-BG"/>
              </w:rPr>
              <w:t>Създава ли се или променя ли се регулаторен режим/услуга/такса?</w:t>
            </w:r>
          </w:p>
        </w:tc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B339A" w14:textId="65C6A813" w:rsidR="007C4619" w:rsidRDefault="000F0D45" w:rsidP="007C4619">
            <w:pPr>
              <w:rPr>
                <w:color w:val="222222"/>
                <w:sz w:val="17"/>
                <w:lang w:val="bg-BG"/>
              </w:rPr>
            </w:pPr>
            <w:sdt>
              <w:sdtPr>
                <w:rPr>
                  <w:color w:val="222222"/>
                  <w:sz w:val="17"/>
                  <w:lang w:val="bg-BG"/>
                </w:rPr>
                <w:id w:val="-147821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Да    </w:t>
            </w:r>
            <w:sdt>
              <w:sdtPr>
                <w:rPr>
                  <w:color w:val="222222"/>
                  <w:sz w:val="17"/>
                  <w:lang w:val="bg-BG"/>
                </w:rPr>
                <w:id w:val="-43737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Не    </w:t>
            </w:r>
            <w:sdt>
              <w:sdtPr>
                <w:rPr>
                  <w:color w:val="222222"/>
                  <w:sz w:val="17"/>
                  <w:lang w:val="bg-BG"/>
                </w:rPr>
                <w:id w:val="54695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Не е ясно</w:t>
            </w:r>
            <w:r w:rsidR="00CB0A16" w:rsidRPr="00CB0A16">
              <w:rPr>
                <w:lang w:val="ru-RU"/>
              </w:rPr>
              <w:t xml:space="preserve"> </w:t>
            </w:r>
            <w:r w:rsidR="009F5485" w:rsidRPr="00063C00">
              <w:rPr>
                <w:color w:val="222222"/>
                <w:sz w:val="17"/>
                <w:lang w:val="bg-BG"/>
              </w:rPr>
              <w:br/>
            </w:r>
          </w:p>
          <w:p w14:paraId="728773BC" w14:textId="77777777" w:rsidR="00C77A86" w:rsidRPr="00063C00" w:rsidRDefault="009F5485" w:rsidP="007C4619">
            <w:pPr>
              <w:rPr>
                <w:lang w:val="bg-BG"/>
              </w:rPr>
            </w:pPr>
            <w:r w:rsidRPr="00063C00">
              <w:rPr>
                <w:color w:val="222222"/>
                <w:sz w:val="17"/>
                <w:lang w:val="bg-BG"/>
              </w:rPr>
              <w:t>Кой/коя:</w:t>
            </w:r>
          </w:p>
        </w:tc>
      </w:tr>
      <w:tr w:rsidR="00C77A86" w:rsidRPr="00063C00" w14:paraId="528D0665" w14:textId="77777777" w:rsidTr="00CB0A16">
        <w:trPr>
          <w:cantSplit/>
          <w:trHeight w:val="595"/>
          <w:jc w:val="center"/>
        </w:trPr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4D938" w14:textId="77777777" w:rsidR="00C77A86" w:rsidRPr="00063C00" w:rsidRDefault="009F5485">
            <w:pPr>
              <w:rPr>
                <w:lang w:val="bg-BG"/>
              </w:rPr>
            </w:pPr>
            <w:r w:rsidRPr="00063C00">
              <w:rPr>
                <w:b/>
                <w:color w:val="17365D"/>
                <w:sz w:val="18"/>
                <w:lang w:val="bg-BG"/>
              </w:rPr>
              <w:t>Създава ли се нов регистър, електронна услуга или системна интеграция?</w:t>
            </w:r>
          </w:p>
        </w:tc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E28AF" w14:textId="112AD831" w:rsidR="007C4619" w:rsidRDefault="000F0D45" w:rsidP="007C4619">
            <w:pPr>
              <w:rPr>
                <w:color w:val="222222"/>
                <w:sz w:val="17"/>
                <w:lang w:val="bg-BG"/>
              </w:rPr>
            </w:pPr>
            <w:sdt>
              <w:sdtPr>
                <w:rPr>
                  <w:color w:val="222222"/>
                  <w:sz w:val="17"/>
                  <w:lang w:val="bg-BG"/>
                </w:rPr>
                <w:id w:val="189515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Да    </w:t>
            </w:r>
            <w:sdt>
              <w:sdtPr>
                <w:rPr>
                  <w:color w:val="222222"/>
                  <w:sz w:val="17"/>
                  <w:lang w:val="bg-BG"/>
                </w:rPr>
                <w:id w:val="97827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Не    </w:t>
            </w:r>
            <w:sdt>
              <w:sdtPr>
                <w:rPr>
                  <w:color w:val="222222"/>
                  <w:sz w:val="17"/>
                  <w:lang w:val="bg-BG"/>
                </w:rPr>
                <w:id w:val="-170046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Не е ясно</w:t>
            </w:r>
            <w:r w:rsidR="00CB0A16">
              <w:rPr>
                <w:color w:val="222222"/>
                <w:sz w:val="17"/>
                <w:lang w:val="bg-BG"/>
              </w:rPr>
              <w:t xml:space="preserve"> </w:t>
            </w:r>
            <w:r w:rsidR="009F5485" w:rsidRPr="00063C00">
              <w:rPr>
                <w:color w:val="222222"/>
                <w:sz w:val="17"/>
                <w:lang w:val="bg-BG"/>
              </w:rPr>
              <w:br/>
            </w:r>
          </w:p>
          <w:p w14:paraId="19BBBEA2" w14:textId="77777777" w:rsidR="00C77A86" w:rsidRPr="00063C00" w:rsidRDefault="009F5485" w:rsidP="007C4619">
            <w:pPr>
              <w:rPr>
                <w:lang w:val="bg-BG"/>
              </w:rPr>
            </w:pPr>
            <w:r w:rsidRPr="00063C00">
              <w:rPr>
                <w:color w:val="222222"/>
                <w:sz w:val="17"/>
                <w:lang w:val="bg-BG"/>
              </w:rPr>
              <w:t>Кой/коя:</w:t>
            </w:r>
          </w:p>
        </w:tc>
      </w:tr>
      <w:tr w:rsidR="00C77A86" w:rsidRPr="00063C00" w14:paraId="6DF7842A" w14:textId="77777777" w:rsidTr="00CB0A16">
        <w:trPr>
          <w:cantSplit/>
          <w:trHeight w:val="595"/>
          <w:jc w:val="center"/>
        </w:trPr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B3DB7" w14:textId="77777777" w:rsidR="00C77A86" w:rsidRPr="00063C00" w:rsidRDefault="009F5485">
            <w:pPr>
              <w:rPr>
                <w:lang w:val="bg-BG"/>
              </w:rPr>
            </w:pPr>
            <w:r w:rsidRPr="00063C00">
              <w:rPr>
                <w:b/>
                <w:color w:val="17365D"/>
                <w:sz w:val="18"/>
                <w:lang w:val="bg-BG"/>
              </w:rPr>
              <w:t>Има ли връзка с правото на Европейския съюз?</w:t>
            </w:r>
          </w:p>
        </w:tc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B53F9" w14:textId="33B489DF" w:rsidR="007C4619" w:rsidRDefault="000F0D45" w:rsidP="007C4619">
            <w:pPr>
              <w:rPr>
                <w:color w:val="222222"/>
                <w:sz w:val="17"/>
                <w:lang w:val="bg-BG"/>
              </w:rPr>
            </w:pPr>
            <w:sdt>
              <w:sdtPr>
                <w:rPr>
                  <w:color w:val="222222"/>
                  <w:sz w:val="17"/>
                  <w:lang w:val="bg-BG"/>
                </w:rPr>
                <w:id w:val="92315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Да    </w:t>
            </w:r>
            <w:sdt>
              <w:sdtPr>
                <w:rPr>
                  <w:color w:val="222222"/>
                  <w:sz w:val="17"/>
                  <w:lang w:val="bg-BG"/>
                </w:rPr>
                <w:id w:val="-57874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Не    </w:t>
            </w:r>
            <w:sdt>
              <w:sdtPr>
                <w:rPr>
                  <w:color w:val="222222"/>
                  <w:sz w:val="17"/>
                  <w:lang w:val="bg-BG"/>
                </w:rPr>
                <w:id w:val="-99186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A16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Не е ясно</w:t>
            </w:r>
            <w:r w:rsidR="00CB0A16">
              <w:rPr>
                <w:color w:val="222222"/>
                <w:sz w:val="17"/>
                <w:lang w:val="bg-BG"/>
              </w:rPr>
              <w:t xml:space="preserve"> </w:t>
            </w:r>
            <w:r w:rsidR="009F5485" w:rsidRPr="00063C00">
              <w:rPr>
                <w:color w:val="222222"/>
                <w:sz w:val="17"/>
                <w:lang w:val="bg-BG"/>
              </w:rPr>
              <w:br/>
            </w:r>
          </w:p>
          <w:p w14:paraId="5B913DAA" w14:textId="77777777" w:rsidR="00C77A86" w:rsidRPr="00063C00" w:rsidRDefault="009F5485" w:rsidP="007C4619">
            <w:pPr>
              <w:rPr>
                <w:lang w:val="bg-BG"/>
              </w:rPr>
            </w:pPr>
            <w:r w:rsidRPr="00063C00">
              <w:rPr>
                <w:color w:val="222222"/>
                <w:sz w:val="17"/>
                <w:lang w:val="bg-BG"/>
              </w:rPr>
              <w:t>Акт/изискване:</w:t>
            </w:r>
          </w:p>
        </w:tc>
      </w:tr>
      <w:tr w:rsidR="00C77A86" w:rsidRPr="00063C00" w14:paraId="3DDDF8C5" w14:textId="77777777" w:rsidTr="00CB0A16">
        <w:trPr>
          <w:cantSplit/>
          <w:trHeight w:val="595"/>
          <w:jc w:val="center"/>
        </w:trPr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DDEB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61E31" w14:textId="77777777" w:rsidR="00C77A86" w:rsidRPr="00063C00" w:rsidRDefault="009F5485">
            <w:pPr>
              <w:rPr>
                <w:lang w:val="bg-BG"/>
              </w:rPr>
            </w:pPr>
            <w:r w:rsidRPr="00063C00">
              <w:rPr>
                <w:b/>
                <w:color w:val="17365D"/>
                <w:sz w:val="18"/>
                <w:lang w:val="bg-BG"/>
              </w:rPr>
              <w:t>Има ли въпроси, свързани с конкуренцията, потребителите или равнопоставеността?</w:t>
            </w:r>
          </w:p>
        </w:tc>
        <w:tc>
          <w:tcPr>
            <w:tcW w:w="510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AFA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11D09" w14:textId="301A0116" w:rsidR="007C4619" w:rsidRDefault="000F0D45" w:rsidP="007C4619">
            <w:pPr>
              <w:rPr>
                <w:color w:val="222222"/>
                <w:sz w:val="17"/>
                <w:lang w:val="bg-BG"/>
              </w:rPr>
            </w:pPr>
            <w:sdt>
              <w:sdtPr>
                <w:rPr>
                  <w:color w:val="222222"/>
                  <w:sz w:val="17"/>
                  <w:lang w:val="bg-BG"/>
                </w:rPr>
                <w:id w:val="-188979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Да    </w:t>
            </w:r>
            <w:sdt>
              <w:sdtPr>
                <w:rPr>
                  <w:color w:val="222222"/>
                  <w:sz w:val="17"/>
                  <w:lang w:val="bg-BG"/>
                </w:rPr>
                <w:id w:val="61209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9F5485" w:rsidRPr="00063C00">
              <w:rPr>
                <w:color w:val="222222"/>
                <w:sz w:val="17"/>
                <w:lang w:val="bg-BG"/>
              </w:rPr>
              <w:t xml:space="preserve"> Не    </w:t>
            </w:r>
            <w:sdt>
              <w:sdtPr>
                <w:rPr>
                  <w:color w:val="222222"/>
                  <w:sz w:val="17"/>
                  <w:lang w:val="bg-BG"/>
                </w:rPr>
                <w:id w:val="9435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335">
                  <w:rPr>
                    <w:rFonts w:ascii="MS Gothic" w:eastAsia="MS Gothic" w:hAnsi="MS Gothic" w:hint="eastAsia"/>
                    <w:color w:val="222222"/>
                    <w:sz w:val="17"/>
                    <w:lang w:val="bg-BG"/>
                  </w:rPr>
                  <w:t>☐</w:t>
                </w:r>
              </w:sdtContent>
            </w:sdt>
            <w:r w:rsidR="007C4619">
              <w:rPr>
                <w:color w:val="222222"/>
                <w:sz w:val="17"/>
                <w:lang w:val="bg-BG"/>
              </w:rPr>
              <w:t xml:space="preserve"> Н</w:t>
            </w:r>
            <w:r w:rsidR="009F5485" w:rsidRPr="00063C00">
              <w:rPr>
                <w:color w:val="222222"/>
                <w:sz w:val="17"/>
                <w:lang w:val="bg-BG"/>
              </w:rPr>
              <w:t>е е ясно</w:t>
            </w:r>
            <w:r w:rsidR="00CB0A16">
              <w:rPr>
                <w:color w:val="222222"/>
                <w:sz w:val="17"/>
                <w:lang w:val="bg-BG"/>
              </w:rPr>
              <w:t xml:space="preserve"> </w:t>
            </w:r>
            <w:r w:rsidR="009F5485" w:rsidRPr="00063C00">
              <w:rPr>
                <w:color w:val="222222"/>
                <w:sz w:val="17"/>
                <w:lang w:val="bg-BG"/>
              </w:rPr>
              <w:br/>
            </w:r>
          </w:p>
          <w:p w14:paraId="0093B6F1" w14:textId="77777777" w:rsidR="00C77A86" w:rsidRPr="007C4619" w:rsidRDefault="009F5485" w:rsidP="007C4619">
            <w:pPr>
              <w:rPr>
                <w:color w:val="222222"/>
                <w:sz w:val="17"/>
                <w:lang w:val="bg-BG"/>
              </w:rPr>
            </w:pPr>
            <w:r w:rsidRPr="00063C00">
              <w:rPr>
                <w:color w:val="222222"/>
                <w:sz w:val="17"/>
                <w:lang w:val="bg-BG"/>
              </w:rPr>
              <w:t>Коментар:</w:t>
            </w:r>
          </w:p>
        </w:tc>
      </w:tr>
    </w:tbl>
    <w:p w14:paraId="079D6068" w14:textId="77777777" w:rsidR="00C77A86" w:rsidRDefault="00C77A86">
      <w:pPr>
        <w:spacing w:after="40"/>
        <w:rPr>
          <w:lang w:val="bg-BG"/>
        </w:rPr>
      </w:pPr>
    </w:p>
    <w:p w14:paraId="3388EE79" w14:textId="77777777" w:rsidR="00CA429C" w:rsidRPr="00063C00" w:rsidRDefault="00CA429C">
      <w:pPr>
        <w:rPr>
          <w:lang w:val="bg-BG"/>
        </w:rPr>
      </w:pPr>
    </w:p>
    <w:sectPr w:rsidR="00CA429C" w:rsidRPr="00063C00" w:rsidSect="00D104AB">
      <w:headerReference w:type="default" r:id="rId8"/>
      <w:pgSz w:w="11906" w:h="16838"/>
      <w:pgMar w:top="850" w:right="850" w:bottom="142" w:left="850" w:header="397" w:footer="1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1CE82" w14:textId="77777777" w:rsidR="000F0D45" w:rsidRDefault="000F0D45">
      <w:pPr>
        <w:spacing w:after="0" w:line="240" w:lineRule="auto"/>
      </w:pPr>
      <w:r>
        <w:separator/>
      </w:r>
    </w:p>
  </w:endnote>
  <w:endnote w:type="continuationSeparator" w:id="0">
    <w:p w14:paraId="322AC09E" w14:textId="77777777" w:rsidR="000F0D45" w:rsidRDefault="000F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7435D" w14:textId="77777777" w:rsidR="000F0D45" w:rsidRDefault="000F0D45">
      <w:pPr>
        <w:spacing w:after="0" w:line="240" w:lineRule="auto"/>
      </w:pPr>
      <w:r>
        <w:separator/>
      </w:r>
    </w:p>
  </w:footnote>
  <w:footnote w:type="continuationSeparator" w:id="0">
    <w:p w14:paraId="1BFA7625" w14:textId="77777777" w:rsidR="000F0D45" w:rsidRDefault="000F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40ED" w14:textId="77777777" w:rsidR="00C77A86" w:rsidRPr="00B809D1" w:rsidRDefault="009F5485">
    <w:pPr>
      <w:pStyle w:val="Header"/>
      <w:jc w:val="center"/>
      <w:rPr>
        <w:lang w:val="ru-RU"/>
      </w:rPr>
    </w:pPr>
    <w:r w:rsidRPr="00B809D1">
      <w:rPr>
        <w:color w:val="666666"/>
        <w:sz w:val="17"/>
        <w:lang w:val="ru-RU"/>
      </w:rPr>
      <w:t>Съвет за реформи в сектор „Туризъм“ | Единен фиш за предложение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4865AC"/>
    <w:multiLevelType w:val="hybridMultilevel"/>
    <w:tmpl w:val="3F74B2D0"/>
    <w:lvl w:ilvl="0" w:tplc="C7709CC8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17365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9655E"/>
    <w:multiLevelType w:val="hybridMultilevel"/>
    <w:tmpl w:val="3D660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F29FC"/>
    <w:multiLevelType w:val="hybridMultilevel"/>
    <w:tmpl w:val="B458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CF3728"/>
    <w:multiLevelType w:val="hybridMultilevel"/>
    <w:tmpl w:val="890E4DFC"/>
    <w:lvl w:ilvl="0" w:tplc="C7709CC8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color w:val="17365D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6447248">
    <w:abstractNumId w:val="8"/>
  </w:num>
  <w:num w:numId="2" w16cid:durableId="18242971">
    <w:abstractNumId w:val="6"/>
  </w:num>
  <w:num w:numId="3" w16cid:durableId="1342590839">
    <w:abstractNumId w:val="5"/>
  </w:num>
  <w:num w:numId="4" w16cid:durableId="638651380">
    <w:abstractNumId w:val="4"/>
  </w:num>
  <w:num w:numId="5" w16cid:durableId="1705133929">
    <w:abstractNumId w:val="7"/>
  </w:num>
  <w:num w:numId="6" w16cid:durableId="637422584">
    <w:abstractNumId w:val="3"/>
  </w:num>
  <w:num w:numId="7" w16cid:durableId="1074661892">
    <w:abstractNumId w:val="2"/>
  </w:num>
  <w:num w:numId="8" w16cid:durableId="1449201173">
    <w:abstractNumId w:val="1"/>
  </w:num>
  <w:num w:numId="9" w16cid:durableId="506405572">
    <w:abstractNumId w:val="0"/>
  </w:num>
  <w:num w:numId="10" w16cid:durableId="980574369">
    <w:abstractNumId w:val="10"/>
  </w:num>
  <w:num w:numId="11" w16cid:durableId="353119212">
    <w:abstractNumId w:val="11"/>
  </w:num>
  <w:num w:numId="12" w16cid:durableId="1882814376">
    <w:abstractNumId w:val="9"/>
  </w:num>
  <w:num w:numId="13" w16cid:durableId="15578586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3C00"/>
    <w:rsid w:val="000E2D6A"/>
    <w:rsid w:val="000F0D45"/>
    <w:rsid w:val="00114953"/>
    <w:rsid w:val="0015074B"/>
    <w:rsid w:val="00171F5B"/>
    <w:rsid w:val="00187E0F"/>
    <w:rsid w:val="001A6858"/>
    <w:rsid w:val="001B67C7"/>
    <w:rsid w:val="001F0175"/>
    <w:rsid w:val="001F6011"/>
    <w:rsid w:val="00267D1C"/>
    <w:rsid w:val="0029639D"/>
    <w:rsid w:val="002A056E"/>
    <w:rsid w:val="00326F90"/>
    <w:rsid w:val="00397F36"/>
    <w:rsid w:val="003A23BD"/>
    <w:rsid w:val="003B1C7B"/>
    <w:rsid w:val="004A28C3"/>
    <w:rsid w:val="004B231E"/>
    <w:rsid w:val="004B4D56"/>
    <w:rsid w:val="005168BD"/>
    <w:rsid w:val="005563E8"/>
    <w:rsid w:val="00575492"/>
    <w:rsid w:val="005F10E8"/>
    <w:rsid w:val="00673F75"/>
    <w:rsid w:val="0069080F"/>
    <w:rsid w:val="006C017F"/>
    <w:rsid w:val="006C2F18"/>
    <w:rsid w:val="006D2105"/>
    <w:rsid w:val="006D5EA9"/>
    <w:rsid w:val="006E4911"/>
    <w:rsid w:val="006E518D"/>
    <w:rsid w:val="00722344"/>
    <w:rsid w:val="0073583C"/>
    <w:rsid w:val="007659A9"/>
    <w:rsid w:val="007C4619"/>
    <w:rsid w:val="007D69CC"/>
    <w:rsid w:val="007F4C5E"/>
    <w:rsid w:val="008262A5"/>
    <w:rsid w:val="008330D7"/>
    <w:rsid w:val="0085404C"/>
    <w:rsid w:val="00886190"/>
    <w:rsid w:val="008968AB"/>
    <w:rsid w:val="008A2E37"/>
    <w:rsid w:val="008B72E0"/>
    <w:rsid w:val="008F159A"/>
    <w:rsid w:val="009236B9"/>
    <w:rsid w:val="009277A8"/>
    <w:rsid w:val="0095143C"/>
    <w:rsid w:val="00951C53"/>
    <w:rsid w:val="0096319F"/>
    <w:rsid w:val="00966436"/>
    <w:rsid w:val="009B51D2"/>
    <w:rsid w:val="009F5485"/>
    <w:rsid w:val="00A35D87"/>
    <w:rsid w:val="00AA1D8D"/>
    <w:rsid w:val="00AC3210"/>
    <w:rsid w:val="00AC3389"/>
    <w:rsid w:val="00AD25B2"/>
    <w:rsid w:val="00AD2AF1"/>
    <w:rsid w:val="00B17FAF"/>
    <w:rsid w:val="00B2465E"/>
    <w:rsid w:val="00B3229A"/>
    <w:rsid w:val="00B47730"/>
    <w:rsid w:val="00B55EE7"/>
    <w:rsid w:val="00B809D1"/>
    <w:rsid w:val="00BA4954"/>
    <w:rsid w:val="00BC2459"/>
    <w:rsid w:val="00BC5457"/>
    <w:rsid w:val="00BC5531"/>
    <w:rsid w:val="00BF1954"/>
    <w:rsid w:val="00C475A1"/>
    <w:rsid w:val="00C70A35"/>
    <w:rsid w:val="00C77531"/>
    <w:rsid w:val="00C77A86"/>
    <w:rsid w:val="00C97094"/>
    <w:rsid w:val="00CA429C"/>
    <w:rsid w:val="00CB0664"/>
    <w:rsid w:val="00CB0A16"/>
    <w:rsid w:val="00CB5228"/>
    <w:rsid w:val="00CC6E4D"/>
    <w:rsid w:val="00CF3D25"/>
    <w:rsid w:val="00D056CA"/>
    <w:rsid w:val="00D104AB"/>
    <w:rsid w:val="00D52E11"/>
    <w:rsid w:val="00D943A5"/>
    <w:rsid w:val="00DA389F"/>
    <w:rsid w:val="00DC49BD"/>
    <w:rsid w:val="00E10168"/>
    <w:rsid w:val="00E47419"/>
    <w:rsid w:val="00E52627"/>
    <w:rsid w:val="00EB2335"/>
    <w:rsid w:val="00ED3704"/>
    <w:rsid w:val="00EF7680"/>
    <w:rsid w:val="00F25680"/>
    <w:rsid w:val="00F56867"/>
    <w:rsid w:val="00F67E91"/>
    <w:rsid w:val="00F846A4"/>
    <w:rsid w:val="00FC693F"/>
    <w:rsid w:val="00FE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872F39"/>
  <w14:defaultImageDpi w14:val="330"/>
  <w15:docId w15:val="{97FAB344-F8B1-4200-92E5-210D8B2C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 w:cs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7365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A4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954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64B5C0-B4A6-4527-9A33-6D1AB27E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Десислава Михалкова</cp:lastModifiedBy>
  <cp:revision>6</cp:revision>
  <cp:lastPrinted>2026-07-06T17:19:00Z</cp:lastPrinted>
  <dcterms:created xsi:type="dcterms:W3CDTF">2026-07-31T11:13:00Z</dcterms:created>
  <dcterms:modified xsi:type="dcterms:W3CDTF">2026-08-20T09:03:00Z</dcterms:modified>
  <cp:category/>
</cp:coreProperties>
</file>